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УТП — что это такое простыми словами</w:t>
      </w:r>
    </w:p>
    <w:p>
      <w:r>
        <w:t>УТП — это уникальное торговое предложение: короткая причина, по которой клиент должен выбрать ваш продукт, а не предложение конкурента. Аббревиатура УТП уникальное торговое расшифровывается просто — предложение указывает на выгоду, которую компания даёт клиенту и которой нет у других. Сильное УТП работает в рекламе, на сайте и в разговоре с покупателем, помогает продавцу закрывать вопросы ещё до возражения. Ниже разберём, что такое УТП простыми словами, чем оно отличается от слогана и оффера, какие бывают виды УТП и как составить его по шагам, чтобы получить рост продаж, а не просто красивый текст.</w:t>
      </w:r>
    </w:p>
    <w:p>
      <w:pPr>
        <w:pStyle w:val="Heading1"/>
      </w:pPr>
      <w:r>
        <w:t>Что такое УТП в маркетинге: расшифровка и суть</w:t>
      </w:r>
    </w:p>
    <w:p>
      <w:r>
        <w:t>УТП в маркетинге расшифровывается как уникальное торговое предложение — формулировка, которая строится вокруг одной ключевой выгоды для клиента. Концепцию УТП предложил американский рекламист Россер Ривз в 1940-е годы: он утверждал, что реклама убеждает, если содержит один чёткий довод, который потребитель запоминает и который не повторяют предложения конкурентов. С тех пор УТП применяют на трёх уровнях: уровень продукта — конкретная характеристика товара или услуги; уровень компании — условия работы, сервис, сроки; уровень бренда — образ и ценности, которые узнаёт целевая аудитория.</w:t>
      </w:r>
    </w:p>
    <w:p>
      <w:r>
        <w:t>Рабочее УТП строится вокруг одной выгоды, а не списка достоинств: чем короче формулировка уникального торгового предложения, тем быстрее клиент понимает, почему должен выбрать именно этот продукт, а не товар другой компании. Хорошее УТП измеримо и проверяемо — цифры, сроки и конкретные условия работают лучше общих слов о качестве. Признак сильного УТП в том, что его нельзя скопировать без изменения продукта или бизнес-модели: если формулировку УТП легко перенести на любого другого конкурента в той же нише, это уже не уникальное торговое предложение, а обычное описание рынка. Такое предложение должно быть проверено на практике, а не просто хорошо звучать.</w:t>
      </w:r>
    </w:p>
    <w:p>
      <w:r>
        <w:t>Отдельная ошибка новичков в маркетинге — принимать за УТП обязательные характеристики продукта: такое УТП не выделяет компанию среди конкурентов и не влияет на решение о покупке. Фразы вроде «качественные материалы» или «широкий ассортимент товаров и услуг» не работают как предложение УТП, потому что клиент ожидает их от любой компании и не видит разницы между товарами и услугами конкурентов. Поэтому важно изучить свой продукт и понять, какая сторона предложения действительно уникальна.</w:t>
      </w:r>
    </w:p>
    <w:p>
      <w:r>
        <w:t>По информации Компании Комета</w:t>
      </w:r>
    </w:p>
    <w:p>
      <w:pPr>
        <w:pStyle w:val="ListBullet"/>
      </w:pPr>
      <w:r>
        <w:t>по запросу «утп это» разобрано 15 страниц из ТОП-10 Яндекса и Google, медианный объём страницы — 1516 слов</w:t>
      </w:r>
    </w:p>
    <w:p>
      <w:pPr>
        <w:pStyle w:val="ListBullet"/>
      </w:pPr>
      <w:r>
        <w:t>у страниц выдачи в среднем 8 разделов, объём раздела — около 161 слов</w:t>
      </w:r>
    </w:p>
    <w:p>
      <w:pPr>
        <w:pStyle w:val="ListBullet"/>
      </w:pPr>
      <w:r>
        <w:t>числа и проверяемые факты встречаются у них в 11% предложений — ниже этой планки текст в ТОПе выглядит пустым</w:t>
      </w:r>
    </w:p>
    <w:p>
      <w:pPr>
        <w:pStyle w:val="ListBullet"/>
      </w:pPr>
      <w:r>
        <w:t>коммерческая составляющая темы — 8%: столько места выдача отдаёт продаже, остальное объяснению</w:t>
      </w:r>
    </w:p>
    <w:p>
      <w:r>
        <w:t>Данные получены при подготовке этой страницы: выдача снята и пересчитана сервисом ТЗшник.</w:t>
      </w:r>
    </w:p>
    <w:p>
      <w:r>
        <w:t>По запросу «утп это» ТЗшник разобрал 15 страниц выдачи Яндекса и Google, определил медианный объём 1516 слов и норму конкретики 11 показателей на текст — цифр, формул, примеров, которые встречаются у страниц ТОПа. На основе этих замеров сервис сам написал раздел про виды УТП и рабочие формулы с примерами, довёл релевантность текста до 92 пунктов и вёрстку под все девять разделов. Человеку остаётся подставить примеры из своей ниши, проверить формулировки на фактическую точность и опубликовать готовую страницу.</w:t>
      </w:r>
    </w:p>
    <w:p>
      <w:pPr>
        <w:pStyle w:val="Heading1"/>
      </w:pPr>
      <w:r>
        <w:t>Чем УТП отличается от оффера, слогана и позиционирования</w:t>
      </w:r>
    </w:p>
    <w:p>
      <w:r>
        <w:t>УТП часто путают с оффером, слоганом и позиционированием, хотя у этих понятий разные задачи и сроки жизни. Оффер — конкретное предложение с ограничением по времени: скидка, подарок или бесплатная доставка при заказе до определённой даты. Слоган — короткая эмоциональная фраза из нескольких слов, которая закрепляет бренд в памяти, но не объясняет, чем компания отличается от конкурента. Позиционирование — стратегия, которая определяет место продукта в сознании целевой аудитории на годы вперёд, а не в рамках одной рекламной кампании. УТП стоит между ними: живёт дольше оффера, но конкретнее позиционирования, и называет одну уникальную причину купить именно этот товар.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Понятие</w:t>
            </w:r>
          </w:p>
        </w:tc>
        <w:tc>
          <w:tcPr>
            <w:tcW w:type="dxa" w:w="1728"/>
          </w:tcPr>
          <w:p>
            <w:r>
              <w:t>Что это</w:t>
            </w:r>
          </w:p>
        </w:tc>
        <w:tc>
          <w:tcPr>
            <w:tcW w:type="dxa" w:w="1728"/>
          </w:tcPr>
          <w:p>
            <w:r>
              <w:t>Срок жизни</w:t>
            </w:r>
          </w:p>
        </w:tc>
        <w:tc>
          <w:tcPr>
            <w:tcW w:type="dxa" w:w="1728"/>
          </w:tcPr>
          <w:p>
            <w:r>
              <w:t>Где используется</w:t>
            </w:r>
          </w:p>
        </w:tc>
        <w:tc>
          <w:tcPr>
            <w:tcW w:type="dxa" w:w="1728"/>
          </w:tcPr>
          <w:p>
            <w:r>
              <w:t>Пример</w:t>
            </w:r>
          </w:p>
        </w:tc>
      </w:tr>
      <w:tr>
        <w:tc>
          <w:tcPr>
            <w:tcW w:type="dxa" w:w="1728"/>
          </w:tcPr>
          <w:p>
            <w:r>
              <w:t>УТП</w:t>
            </w:r>
          </w:p>
        </w:tc>
        <w:tc>
          <w:tcPr>
            <w:tcW w:type="dxa" w:w="1728"/>
          </w:tcPr>
          <w:p>
            <w:r>
              <w:t>Уникальная выгода продукта или компании</w:t>
            </w:r>
          </w:p>
        </w:tc>
        <w:tc>
          <w:tcPr>
            <w:tcW w:type="dxa" w:w="1728"/>
          </w:tcPr>
          <w:p>
            <w:r>
              <w:t>1–3 года, пока актуально преимущество</w:t>
            </w:r>
          </w:p>
        </w:tc>
        <w:tc>
          <w:tcPr>
            <w:tcW w:type="dxa" w:w="1728"/>
          </w:tcPr>
          <w:p>
            <w:r>
              <w:t>Сайт, реклама, скрипт продаж</w:t>
            </w:r>
          </w:p>
        </w:tc>
        <w:tc>
          <w:tcPr>
            <w:tcW w:type="dxa" w:w="1728"/>
          </w:tcPr>
          <w:p>
            <w:r>
              <w:t>«Доставка пиццы за 30 минут или бесплатно»</w:t>
            </w:r>
          </w:p>
        </w:tc>
      </w:tr>
      <w:tr>
        <w:tc>
          <w:tcPr>
            <w:tcW w:type="dxa" w:w="1728"/>
          </w:tcPr>
          <w:p>
            <w:r>
              <w:t>Оффер</w:t>
            </w:r>
          </w:p>
        </w:tc>
        <w:tc>
          <w:tcPr>
            <w:tcW w:type="dxa" w:w="1728"/>
          </w:tcPr>
          <w:p>
            <w:r>
              <w:t>Конкретное предложение со скидкой или бонусом</w:t>
            </w:r>
          </w:p>
        </w:tc>
        <w:tc>
          <w:tcPr>
            <w:tcW w:type="dxa" w:w="1728"/>
          </w:tcPr>
          <w:p>
            <w:r>
              <w:t>Дни или недели, до конца акции</w:t>
            </w:r>
          </w:p>
        </w:tc>
        <w:tc>
          <w:tcPr>
            <w:tcW w:type="dxa" w:w="1728"/>
          </w:tcPr>
          <w:p>
            <w:r>
              <w:t>Лендинг, email-рассылка, баннер</w:t>
            </w:r>
          </w:p>
        </w:tc>
        <w:tc>
          <w:tcPr>
            <w:tcW w:type="dxa" w:w="1728"/>
          </w:tcPr>
          <w:p>
            <w:r>
              <w:t>«Скидка 20% при заказе до 1 июня»</w:t>
            </w:r>
          </w:p>
        </w:tc>
      </w:tr>
      <w:tr>
        <w:tc>
          <w:tcPr>
            <w:tcW w:type="dxa" w:w="1728"/>
          </w:tcPr>
          <w:p>
            <w:r>
              <w:t>Слоган</w:t>
            </w:r>
          </w:p>
        </w:tc>
        <w:tc>
          <w:tcPr>
            <w:tcW w:type="dxa" w:w="1728"/>
          </w:tcPr>
          <w:p>
            <w:r>
              <w:t>Эмоциональная фраза бренда</w:t>
            </w:r>
          </w:p>
        </w:tc>
        <w:tc>
          <w:tcPr>
            <w:tcW w:type="dxa" w:w="1728"/>
          </w:tcPr>
          <w:p>
            <w:r>
              <w:t>Годы, часто без изменений</w:t>
            </w:r>
          </w:p>
        </w:tc>
        <w:tc>
          <w:tcPr>
            <w:tcW w:type="dxa" w:w="1728"/>
          </w:tcPr>
          <w:p>
            <w:r>
              <w:t>Логотип, упаковка, ролики</w:t>
            </w:r>
          </w:p>
        </w:tc>
        <w:tc>
          <w:tcPr>
            <w:tcW w:type="dxa" w:w="1728"/>
          </w:tcPr>
          <w:p>
            <w:r>
              <w:t>«Сделано с заботой о каждом клиенте»</w:t>
            </w:r>
          </w:p>
        </w:tc>
      </w:tr>
      <w:tr>
        <w:tc>
          <w:tcPr>
            <w:tcW w:type="dxa" w:w="1728"/>
          </w:tcPr>
          <w:p>
            <w:r>
              <w:t>Позиционирование</w:t>
            </w:r>
          </w:p>
        </w:tc>
        <w:tc>
          <w:tcPr>
            <w:tcW w:type="dxa" w:w="1728"/>
          </w:tcPr>
          <w:p>
            <w:r>
              <w:t>Стратегия места бренда в сознании клиента</w:t>
            </w:r>
          </w:p>
        </w:tc>
        <w:tc>
          <w:tcPr>
            <w:tcW w:type="dxa" w:w="1728"/>
          </w:tcPr>
          <w:p>
            <w:r>
              <w:t>Несколько лет, основа стратегии компании</w:t>
            </w:r>
          </w:p>
        </w:tc>
        <w:tc>
          <w:tcPr>
            <w:tcW w:type="dxa" w:w="1728"/>
          </w:tcPr>
          <w:p>
            <w:r>
              <w:t>Внутренние документы, брендбук</w:t>
            </w:r>
          </w:p>
        </w:tc>
        <w:tc>
          <w:tcPr>
            <w:tcW w:type="dxa" w:w="1728"/>
          </w:tcPr>
          <w:p>
            <w:r>
              <w:t>Бренд как выбор для семей с детьми</w:t>
            </w:r>
          </w:p>
        </w:tc>
      </w:tr>
    </w:tbl>
    <w:p>
      <w:pPr>
        <w:pStyle w:val="Heading1"/>
      </w:pPr>
      <w:r>
        <w:t>Зачем бизнесу УТП и кому оно действительно нужно</w:t>
      </w:r>
    </w:p>
    <w:p>
      <w:r>
        <w:t>УТП нужно бизнесу, чтобы решать несколько практических задач одновременно и помогать клиенту быстрее принять решение.</w:t>
      </w:r>
    </w:p>
    <w:p>
      <w:pPr>
        <w:pStyle w:val="ListBullet"/>
      </w:pPr>
      <w:r>
        <w:t>Отстройка от конкурента: на рынке с похожими товарами и услугами клиент выбирает по одному понятному признаку, и УТП даёт этот признак, подчёркивая преимущество перед другими вариантами.</w:t>
      </w:r>
    </w:p>
    <w:p>
      <w:pPr>
        <w:pStyle w:val="ListBullet"/>
      </w:pPr>
      <w:r>
        <w:t>Рост отклика в рекламе — объявление с конкретной выгодой получает больше кликов и заявок, чем общее «широкий ассортимент», и повышает конверсию.</w:t>
      </w:r>
    </w:p>
    <w:p>
      <w:pPr>
        <w:pStyle w:val="ListBullet"/>
      </w:pPr>
      <w:r>
        <w:t>Обоснование цены: если продукт стоит дороже среднего чека по рынку, УТП объясняет потенциальному клиенту, за что он платит и какое преимущество получает.</w:t>
      </w:r>
    </w:p>
    <w:p>
      <w:pPr>
        <w:pStyle w:val="ListBullet"/>
      </w:pPr>
      <w:r>
        <w:t>Ускорение решения о покупке — человек тратит меньше времени на сравнение, если сразу видит выгоду для себя и понимает ценность предложения.</w:t>
      </w:r>
    </w:p>
    <w:p>
      <w:pPr>
        <w:pStyle w:val="ListBullet"/>
      </w:pPr>
      <w:r>
        <w:t>Единый смысл для всех каналов: сайт, реклама, карточка товара на маркетплейсе и скрипт продавца говорят об одном и том же, и это помогает удерживать аудиторию.</w:t>
      </w:r>
    </w:p>
    <w:p>
      <w:r>
        <w:t>Но УТП не спасает бизнес с плохим продуктом, слабым сервисом или ценой, которая заметно выше рынка без реального обоснования: клиент один раз купит на обещании, но не вернётся, если реальность не совпала с формулировкой. Поэтому важно, чтобы услуга или товар действительно соответствовали заявленному качеству.</w:t>
      </w:r>
    </w:p>
    <w:p>
      <w:pPr>
        <w:pStyle w:val="Heading1"/>
      </w:pPr>
      <w:r>
        <w:t>Виды УТП: на чём строится уникальность</w:t>
      </w:r>
    </w:p>
    <w:p>
      <w:r>
        <w:t>УТП делится на истинное и ложное. Истинное строится на реальной уникальной характеристике продукта, которую конкурент физически не может повторить быстро: собственное производство, патент, эксклюзивный поставщик. Ложное УТП создаёт вокруг обычной характеристики яркую подачу, если у продукта нет реального отличия — например, «сахар без ГМО», хотя ГМО-сахара нет ни у кого на рынке.</w:t>
      </w:r>
    </w:p>
    <w:p>
      <w:r>
        <w:t>Дальше виды различаются по способу построения. УТП по выгоде клиента прямо называет результат: «Экономия 30% на счетах за электричество после установки». УТП по проблеме и решению строится через боль аудитории: «Не можете уснуть? Матрас с эффектом невесомости снимает нагрузку со спины за 20 минут» — это решение проблемы через характеристики продукта. УТП по условиям делает акцент не на продукте, а на сервисе вокруг него: бесплатная доставка за 2 часа, рассрочка без переплат, возврат денег в течение 14 дней без объяснения причины. УТП по доказательствам опирается на цифры: «Более 4000 клиентов с 2015 года» работает сильнее, чем абстрактное «нам доверяют». УТП по узкому сегменту сужает аудиторию до конкретной группы: «Курсы английского для IT-специалистов с нуля до уровня переговоров за 6 месяцев» звучит убедительнее курсов для всех.</w:t>
      </w:r>
    </w:p>
    <w:p>
      <w:pPr>
        <w:pStyle w:val="Heading1"/>
      </w:pPr>
      <w:r>
        <w:t>Как составить УТП: пошаговый алгоритм</w:t>
      </w:r>
    </w:p>
    <w:p>
      <w:r>
        <w:t>Чтобы составить УТП, пройдите шесть шагов подряд, не пропуская анализ конкурентов и аудитории. Это поможет найти сильные стороны продукта и сформулировать предложение, которое реально работает на продажи.</w:t>
      </w:r>
    </w:p>
    <w:p>
      <w:pPr>
        <w:pStyle w:val="ListBullet"/>
      </w:pPr>
      <w:r>
        <w:t>Соберите факты о своём продукте: состав, технологию, сроки, гарантию, сертификаты, условия доставки — только проверяемые характеристики, без оценок вроде «хороший» или «удобный».</w:t>
      </w:r>
    </w:p>
    <w:p>
      <w:pPr>
        <w:pStyle w:val="ListBullet"/>
      </w:pPr>
      <w:r>
        <w:t>Изучите сегменты целевой аудитории: проведите интервью с 5–10 реальными клиентами, разберите последние отзывы, зафиксируйте критерии выбора, возражения и главную боль каждого сегмента, чтобы понять, какая потребность стоит на первом месте.</w:t>
      </w:r>
    </w:p>
    <w:p>
      <w:pPr>
        <w:pStyle w:val="ListBullet"/>
      </w:pPr>
      <w:r>
        <w:t>Проанализируйте 5–7 конкурентов в одной таблице — заголовки сайта, условия, акценты рекламы. Анализ конкурентов показывает, какие формулировки уже заняты рынком и повторять их бессмысленно.</w:t>
      </w:r>
    </w:p>
    <w:p>
      <w:pPr>
        <w:pStyle w:val="ListBullet"/>
      </w:pPr>
      <w:r>
        <w:t>Переведите характеристики продукта в выгоды: не «мощность мотора 2000 Вт», а «скашивает участок 10 соток за 25 минут без дозаправки».</w:t>
      </w:r>
    </w:p>
    <w:p>
      <w:pPr>
        <w:pStyle w:val="ListBullet"/>
      </w:pPr>
      <w:r>
        <w:t>Сформулируйте 3–5 гипотез длиной до 12 слов каждая — короткая формулировка легче запоминается и помещается в заголовок объявления.</w:t>
      </w:r>
    </w:p>
    <w:p>
      <w:pPr>
        <w:pStyle w:val="ListBullet"/>
      </w:pPr>
      <w:r>
        <w:t>Протестируйте гипотезы в контекстной рекламе или в заголовке лендинга: запустите 2–3 варианта на 3–7 дней с равным бюджетом и сравните конверсию в заявку.</w:t>
      </w:r>
    </w:p>
    <w:p>
      <w:r>
        <w:t>Такой порядок экономит время: сначала факты о своём продукте и аудитории, затем анализ конкурентов, потом перевод в выгоду и тест гипотез в реальной рекламе. Сформулируйте УТП только после этого шага, а не до него, чтобы получить проверенный, а не придуманный результат.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Свойство продукта</w:t>
            </w:r>
          </w:p>
        </w:tc>
        <w:tc>
          <w:tcPr>
            <w:tcW w:type="dxa" w:w="2880"/>
          </w:tcPr>
          <w:p>
            <w:r>
              <w:t>Выгода для клиента</w:t>
            </w:r>
          </w:p>
        </w:tc>
        <w:tc>
          <w:tcPr>
            <w:tcW w:type="dxa" w:w="2880"/>
          </w:tcPr>
          <w:p>
            <w:r>
              <w:t>Формулировка УТП</w:t>
            </w:r>
          </w:p>
        </w:tc>
      </w:tr>
      <w:tr>
        <w:tc>
          <w:tcPr>
            <w:tcW w:type="dxa" w:w="2880"/>
          </w:tcPr>
          <w:p>
            <w:r>
              <w:t>Гарантия 5 лет на комплектующие</w:t>
            </w:r>
          </w:p>
        </w:tc>
        <w:tc>
          <w:tcPr>
            <w:tcW w:type="dxa" w:w="2880"/>
          </w:tcPr>
          <w:p>
            <w:r>
              <w:t>Не тратит деньги на ремонт первые 5 лет</w:t>
            </w:r>
          </w:p>
        </w:tc>
        <w:tc>
          <w:tcPr>
            <w:tcW w:type="dxa" w:w="2880"/>
          </w:tcPr>
          <w:p>
            <w:r>
              <w:t>«5 лет гарантии — ремонт за наш счёт»</w:t>
            </w:r>
          </w:p>
        </w:tc>
      </w:tr>
      <w:tr>
        <w:tc>
          <w:tcPr>
            <w:tcW w:type="dxa" w:w="2880"/>
          </w:tcPr>
          <w:p>
            <w:r>
              <w:t>Собственный склад в 3 городах</w:t>
            </w:r>
          </w:p>
        </w:tc>
        <w:tc>
          <w:tcPr>
            <w:tcW w:type="dxa" w:w="2880"/>
          </w:tcPr>
          <w:p>
            <w:r>
              <w:t>Получает заказ на следующий день</w:t>
            </w:r>
          </w:p>
        </w:tc>
        <w:tc>
          <w:tcPr>
            <w:tcW w:type="dxa" w:w="2880"/>
          </w:tcPr>
          <w:p>
            <w:r>
              <w:t>«Доставка за 24 часа по трём городам»</w:t>
            </w:r>
          </w:p>
        </w:tc>
      </w:tr>
    </w:tbl>
    <w:p>
      <w:pPr>
        <w:pStyle w:val="Heading1"/>
      </w:pPr>
      <w:r>
        <w:t>Рабочие формулы УТП с примерами</w:t>
      </w:r>
    </w:p>
    <w:p>
      <w:r>
        <w:t>Готовые формулы ускоряют работу, когда собственных идей пока мало. Ниже пять формул, которые можно адаптировать под ваш продукт и использовать сразу в рекламе.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Формула</w:t>
            </w:r>
          </w:p>
        </w:tc>
        <w:tc>
          <w:tcPr>
            <w:tcW w:type="dxa" w:w="2880"/>
          </w:tcPr>
          <w:p>
            <w:r>
              <w:t>Расшифровка</w:t>
            </w:r>
          </w:p>
        </w:tc>
        <w:tc>
          <w:tcPr>
            <w:tcW w:type="dxa" w:w="2880"/>
          </w:tcPr>
          <w:p>
            <w:r>
              <w:t>Пример УТП</w:t>
            </w:r>
          </w:p>
        </w:tc>
      </w:tr>
      <w:tr>
        <w:tc>
          <w:tcPr>
            <w:tcW w:type="dxa" w:w="2880"/>
          </w:tcPr>
          <w:p>
            <w:r>
              <w:t>Продукт + выгода в цифрах</w:t>
            </w:r>
          </w:p>
        </w:tc>
        <w:tc>
          <w:tcPr>
            <w:tcW w:type="dxa" w:w="2880"/>
          </w:tcPr>
          <w:p>
            <w:r>
              <w:t>Называет измеримый результат от покупки</w:t>
            </w:r>
          </w:p>
        </w:tc>
        <w:tc>
          <w:tcPr>
            <w:tcW w:type="dxa" w:w="2880"/>
          </w:tcPr>
          <w:p>
            <w:r>
              <w:t>«Пылесос очищает ковёр от шерсти на 40% быстрее аналогов»</w:t>
            </w:r>
          </w:p>
        </w:tc>
      </w:tr>
      <w:tr>
        <w:tc>
          <w:tcPr>
            <w:tcW w:type="dxa" w:w="2880"/>
          </w:tcPr>
          <w:p>
            <w:r>
              <w:t>Продукт + «без» + боль</w:t>
            </w:r>
          </w:p>
        </w:tc>
        <w:tc>
          <w:tcPr>
            <w:tcW w:type="dxa" w:w="2880"/>
          </w:tcPr>
          <w:p>
            <w:r>
              <w:t>Снимает конкретное возражение аудитории</w:t>
            </w:r>
          </w:p>
        </w:tc>
        <w:tc>
          <w:tcPr>
            <w:tcW w:type="dxa" w:w="2880"/>
          </w:tcPr>
          <w:p>
            <w:r>
              <w:t>«Кредит без справок и поручителей за 15 минут»</w:t>
            </w:r>
          </w:p>
        </w:tc>
      </w:tr>
      <w:tr>
        <w:tc>
          <w:tcPr>
            <w:tcW w:type="dxa" w:w="2880"/>
          </w:tcPr>
          <w:p>
            <w:r>
              <w:t>Для кого + результат + срок</w:t>
            </w:r>
          </w:p>
        </w:tc>
        <w:tc>
          <w:tcPr>
            <w:tcW w:type="dxa" w:w="2880"/>
          </w:tcPr>
          <w:p>
            <w:r>
              <w:t>Сужает аудиторию до сегмента и даёт срок</w:t>
            </w:r>
          </w:p>
        </w:tc>
        <w:tc>
          <w:tcPr>
            <w:tcW w:type="dxa" w:w="2880"/>
          </w:tcPr>
          <w:p>
            <w:r>
              <w:t>«Для новичков — первый сайт на конструкторе за 2 дня»</w:t>
            </w:r>
          </w:p>
        </w:tc>
      </w:tr>
      <w:tr>
        <w:tc>
          <w:tcPr>
            <w:tcW w:type="dxa" w:w="2880"/>
          </w:tcPr>
          <w:p>
            <w:r>
              <w:t>Проблема + решение</w:t>
            </w:r>
          </w:p>
        </w:tc>
        <w:tc>
          <w:tcPr>
            <w:tcW w:type="dxa" w:w="2880"/>
          </w:tcPr>
          <w:p>
            <w:r>
              <w:t>Показывает боль и способ её закрыть</w:t>
            </w:r>
          </w:p>
        </w:tc>
        <w:tc>
          <w:tcPr>
            <w:tcW w:type="dxa" w:w="2880"/>
          </w:tcPr>
          <w:p>
            <w:r>
              <w:t>«Течёт кран? Мастер приедет в течение часа»</w:t>
            </w:r>
          </w:p>
        </w:tc>
      </w:tr>
      <w:tr>
        <w:tc>
          <w:tcPr>
            <w:tcW w:type="dxa" w:w="2880"/>
          </w:tcPr>
          <w:p>
            <w:r>
              <w:t>Продукт + условие</w:t>
            </w:r>
          </w:p>
        </w:tc>
        <w:tc>
          <w:tcPr>
            <w:tcW w:type="dxa" w:w="2880"/>
          </w:tcPr>
          <w:p>
            <w:r>
              <w:t>Добавляет гарантию, бесплатную доставку или возможность вернуть деньги</w:t>
            </w:r>
          </w:p>
        </w:tc>
        <w:tc>
          <w:tcPr>
            <w:tcW w:type="dxa" w:w="2880"/>
          </w:tcPr>
          <w:p>
            <w:r>
              <w:t>«Курс английского: не заговорите за месяц — вернём деньги»</w:t>
            </w:r>
          </w:p>
        </w:tc>
      </w:tr>
    </w:tbl>
    <w:p>
      <w:r>
        <w:t>Формулы работают в любой нише: интернет-магазин может обещать бесплатную доставку от суммы заказа, салон красоты — фиксированную цену без скрытых доплат, а частный мастер — выезд в день обращения. Главное — не смешивать несколько формул в одном предложении: один акцент и один результат для клиента считываются быстрее, чем перечисление достоинств продукта. Можно протестировать разные варианты и оставить тот, что даёт лучшую конверсию.</w:t>
      </w:r>
    </w:p>
    <w:p>
      <w:pPr>
        <w:pStyle w:val="Heading1"/>
      </w:pPr>
      <w:r>
        <w:t>Где применяют УТП: реклама, сайт, карточка товара</w:t>
      </w:r>
    </w:p>
    <w:p>
      <w:r>
        <w:t>УТП должно звучать одинаково по смыслу на всех точках контакта с клиентом, но менять форму под канал. Разные каналы требуют разной длины и подачи, поэтому важно адаптировать текст под конкретный сервис.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Канал</w:t>
            </w:r>
          </w:p>
        </w:tc>
        <w:tc>
          <w:tcPr>
            <w:tcW w:type="dxa" w:w="2880"/>
          </w:tcPr>
          <w:p>
            <w:r>
              <w:t>Где размещать</w:t>
            </w:r>
          </w:p>
        </w:tc>
        <w:tc>
          <w:tcPr>
            <w:tcW w:type="dxa" w:w="2880"/>
          </w:tcPr>
          <w:p>
            <w:r>
              <w:t>Ограничение по длине</w:t>
            </w:r>
          </w:p>
        </w:tc>
      </w:tr>
      <w:tr>
        <w:tc>
          <w:tcPr>
            <w:tcW w:type="dxa" w:w="2880"/>
          </w:tcPr>
          <w:p>
            <w:r>
              <w:t>Первый экран сайта</w:t>
            </w:r>
          </w:p>
        </w:tc>
        <w:tc>
          <w:tcPr>
            <w:tcW w:type="dxa" w:w="2880"/>
          </w:tcPr>
          <w:p>
            <w:r>
              <w:t>Заголовок и подзаголовок над кнопкой заявки</w:t>
            </w:r>
          </w:p>
        </w:tc>
        <w:tc>
          <w:tcPr>
            <w:tcW w:type="dxa" w:w="2880"/>
          </w:tcPr>
          <w:p>
            <w:r>
              <w:t>До 12 слов в заголовке</w:t>
            </w:r>
          </w:p>
        </w:tc>
      </w:tr>
      <w:tr>
        <w:tc>
          <w:tcPr>
            <w:tcW w:type="dxa" w:w="2880"/>
          </w:tcPr>
          <w:p>
            <w:r>
              <w:t>Контекстное объявление</w:t>
            </w:r>
          </w:p>
        </w:tc>
        <w:tc>
          <w:tcPr>
            <w:tcW w:type="dxa" w:w="2880"/>
          </w:tcPr>
          <w:p>
            <w:r>
              <w:t>Заголовок и первая строка текста</w:t>
            </w:r>
          </w:p>
        </w:tc>
        <w:tc>
          <w:tcPr>
            <w:tcW w:type="dxa" w:w="2880"/>
          </w:tcPr>
          <w:p>
            <w:r>
              <w:t>До 56 символов на заголовок</w:t>
            </w:r>
          </w:p>
        </w:tc>
      </w:tr>
      <w:tr>
        <w:tc>
          <w:tcPr>
            <w:tcW w:type="dxa" w:w="2880"/>
          </w:tcPr>
          <w:p>
            <w:r>
              <w:t>Карточка товара на маркетплейсе</w:t>
            </w:r>
          </w:p>
        </w:tc>
        <w:tc>
          <w:tcPr>
            <w:tcW w:type="dxa" w:w="2880"/>
          </w:tcPr>
          <w:p>
            <w:r>
              <w:t>Название товара, первый абзац описания, инфографика на первом фото</w:t>
            </w:r>
          </w:p>
        </w:tc>
        <w:tc>
          <w:tcPr>
            <w:tcW w:type="dxa" w:w="2880"/>
          </w:tcPr>
          <w:p>
            <w:r>
              <w:t>До 60 символов на изображении</w:t>
            </w:r>
          </w:p>
        </w:tc>
      </w:tr>
      <w:tr>
        <w:tc>
          <w:tcPr>
            <w:tcW w:type="dxa" w:w="2880"/>
          </w:tcPr>
          <w:p>
            <w:r>
              <w:t>Соцсети и email-рассылки</w:t>
            </w:r>
          </w:p>
        </w:tc>
        <w:tc>
          <w:tcPr>
            <w:tcW w:type="dxa" w:w="2880"/>
          </w:tcPr>
          <w:p>
            <w:r>
              <w:t>Первая строка поста или тема письма</w:t>
            </w:r>
          </w:p>
        </w:tc>
        <w:tc>
          <w:tcPr>
            <w:tcW w:type="dxa" w:w="2880"/>
          </w:tcPr>
          <w:p>
            <w:r>
              <w:t>До 40 символов в теме для мобильных</w:t>
            </w:r>
          </w:p>
        </w:tc>
      </w:tr>
      <w:tr>
        <w:tc>
          <w:tcPr>
            <w:tcW w:type="dxa" w:w="2880"/>
          </w:tcPr>
          <w:p>
            <w:r>
              <w:t>КП и скрипт продавца</w:t>
            </w:r>
          </w:p>
        </w:tc>
        <w:tc>
          <w:tcPr>
            <w:tcW w:type="dxa" w:w="2880"/>
          </w:tcPr>
          <w:p>
            <w:r>
              <w:t>Первый абзац документа, первая фраза после приветствия</w:t>
            </w:r>
          </w:p>
        </w:tc>
        <w:tc>
          <w:tcPr>
            <w:tcW w:type="dxa" w:w="2880"/>
          </w:tcPr>
          <w:p>
            <w:r>
              <w:t>Одно предложение, до 20 слов</w:t>
            </w:r>
          </w:p>
        </w:tc>
      </w:tr>
    </w:tbl>
    <w:p>
      <w:r>
        <w:t>В карточке товара на маркетплейсе УТП работает через инфографику: покупатель листает ленту за секунды и читает крупный текст на первом фото, а не длинное описание внизу страницы. Здесь стоит вынести цифру или условие — срок службы, комплектацию, размер скидки — прямо на изображение. В рекламных объявлениях и на сайте формулировку можно использовать полнее, а на упаковке или в скрипте продавца — сократить до одной фразы, не теряя смысла. Такой инструмент помогает пользователю быстро понять ценность предложения без лишних пояснений.</w:t>
      </w:r>
    </w:p>
    <w:p>
      <w:pPr>
        <w:pStyle w:val="Heading1"/>
      </w:pPr>
      <w:r>
        <w:t>Частые ошибки и проверка готового УТП</w:t>
      </w:r>
    </w:p>
    <w:p>
      <w:r>
        <w:t>Слабое УТП чаще всего строится на штампах и обязательных характеристиках, которые есть у всех компаний на рынке. Частые ошибки: фразы «высокое качество» и «индивидуальный подход» без расшифровки; подмена УТП скидкой, которая исчезает вместе с акцией; размытая формулировка без цифр и сроков; обещания, которые компания не может выполнить; копирование формулировки конкурента с заменой названия.</w:t>
      </w:r>
    </w:p>
    <w:p>
      <w:r>
        <w:t>Слабо: «Качественная мебель по доступным ценам». Сильно: «Кухня на заказ с гарантией 7 лет и доставкой за 14 дней».</w:t>
        <w:br/>
        <w:t>Слабо: «Мы лучшие в своём деле». Сильно: «Ремонт квартир под ключ с фиксированной сметой без доплат в процессе работы».</w:t>
        <w:br/>
        <w:t>Слабо: «Индивидуальный подход к каждому клиенту». Сильно: «Персональный менеджер отвечает в чате за 15 минут»</w:t>
      </w:r>
    </w:p>
    <w:p>
      <w:r>
        <w:t>Чек-лист самопроверки хорошего УТП поможет понять, готово ли предложение к запуску:</w:t>
      </w:r>
    </w:p>
    <w:p>
      <w:pPr>
        <w:pStyle w:val="ListBullet"/>
      </w:pPr>
      <w:r>
        <w:t>Формулировка умещается в одно предложение до 12–15 слов.</w:t>
      </w:r>
    </w:p>
    <w:p>
      <w:pPr>
        <w:pStyle w:val="ListBullet"/>
      </w:pPr>
      <w:r>
        <w:t>Есть цифра, срок или конкретное условие, а не общая оценка.</w:t>
      </w:r>
    </w:p>
    <w:p>
      <w:pPr>
        <w:pStyle w:val="ListBullet"/>
      </w:pPr>
      <w:r>
        <w:t>Формулировку нельзя дословно перенести на компании, которые работают в той же нише.</w:t>
      </w:r>
    </w:p>
    <w:p>
      <w:pPr>
        <w:pStyle w:val="ListBullet"/>
      </w:pPr>
      <w:r>
        <w:t>Компания реально может выполнить обещание при любом объёме заказов клиентов.</w:t>
      </w:r>
    </w:p>
    <w:p>
      <w:pPr>
        <w:pStyle w:val="ListBullet"/>
      </w:pPr>
      <w:r>
        <w:t>УТП не совпадает по смыслу со скидкой или временной акцией.</w:t>
      </w:r>
    </w:p>
    <w:p>
      <w:pPr>
        <w:pStyle w:val="ListBullet"/>
      </w:pPr>
      <w:r>
        <w:t>Формулировка понятна целевой аудитории без дополнительных объяснений.</w:t>
      </w:r>
    </w:p>
    <w:p>
      <w:pPr>
        <w:pStyle w:val="ListBullet"/>
      </w:pPr>
      <w:r>
        <w:t>Составленное УТП проверено хотя бы в одном рекламном канале и показало рост заявок и продаж.</w:t>
      </w:r>
    </w:p>
    <w:p>
      <w:r>
        <w:t>Готовый шаблон таблицы для проработки формулировок и разборы примеров по нишам можно узнать и прочитать в блоге на тзшник.рф. Другие статьи блога помогают разобраться, как создать сильное предложение под конкретный бизнес.</w:t>
      </w:r>
    </w:p>
    <w:p>
      <w:pPr>
        <w:pStyle w:val="Heading1"/>
      </w:pPr>
      <w:r>
        <w:t>Частые вопросы про УТП</w:t>
      </w:r>
    </w:p>
    <w:p>
      <w:pPr>
        <w:pStyle w:val="Heading2"/>
      </w:pPr>
      <w:r>
        <w:t>Что такое УТП в рекламе?</w:t>
      </w:r>
    </w:p>
    <w:p>
      <w:r>
        <w:t>В рекламе УТП — это фраза в заголовке объявления, которая называет одну конкретную выгоду и отличает предложение от предложений конкурентов, повышая отклик и снижая цену клика.</w:t>
      </w:r>
    </w:p>
    <w:p>
      <w:pPr>
        <w:pStyle w:val="Heading2"/>
      </w:pPr>
      <w:r>
        <w:t>Что такое УТП в карточке товара?</w:t>
      </w:r>
    </w:p>
    <w:p>
      <w:r>
        <w:t>В карточке товара УТП выносят в название и на первое фото инфографики: комплектацию, срок службы или условие доставки, чтобы покупатель принял решение за секунды при листании ленты.</w:t>
      </w:r>
    </w:p>
    <w:p>
      <w:pPr>
        <w:pStyle w:val="Heading2"/>
      </w:pPr>
      <w:r>
        <w:t>Что такое УТП в 1С?</w:t>
      </w:r>
    </w:p>
    <w:p>
      <w:r>
        <w:t>В 1С аббревиатура УТП означает не уникальное торговое предложение, а конфигурацию «Управление торговым предприятием» — программу для учёта склада, продаж и закупок, к маркетингу термин отношения не имеет.</w:t>
      </w:r>
    </w:p>
    <w:p>
      <w:pPr>
        <w:pStyle w:val="Heading2"/>
      </w:pPr>
      <w:r>
        <w:t>Какие есть примеры УТП?</w:t>
      </w:r>
    </w:p>
    <w:p>
      <w:r>
        <w:t>Пример УТП: доставка за 60 минут или заказ бесплатно, гарантия 5 лет на комплектующие, курс с возвратом денег при отсутствии результата, ремонт по фиксированной смете без доплат.</w:t>
      </w:r>
    </w:p>
    <w:p>
      <w:pPr>
        <w:pStyle w:val="Heading2"/>
      </w:pPr>
      <w:r>
        <w:t>Чем УТП отличается от оффера?</w:t>
      </w:r>
    </w:p>
    <w:p>
      <w:r>
        <w:t>УТП описывает постоянную уникальную выгоду продукта или компании, а оффер — временное предложение со скидкой или бонусом, которое действует ограниченный срок и не заменяет суть УТП.</w:t>
      </w:r>
    </w:p>
    <w:p>
      <w:r>
        <w:t>Аркадий Зверев, генеральный директор агентства «Комета». В продвижении сайтов с 2008 года, более 300 проектов</w:t>
      </w:r>
    </w:p>
    <w:p>
      <w:r>
        <w:t>Аркадий Зверев — генеральный директор агентства «Комета». В продвижении сайтов с 2008 года, более 300 проектов. Профиль в команде агентства</w:t>
      </w:r>
    </w:p>
    <w:p>
      <w:r>
        <w:t>Мы не заказывали её копирайтеру. Сервис снял выдачу по запросу, посчитал объём, структуру и нормы повторов по страницам ТОПа, собрал техническое задание и написал текст — тот, который вы сейчас прочитали. Показатели этой страницы: разобрано страниц ТОПа: 15 · объём текста: 1358 слов · релевантность выдаче: 92 из 100.</w:t>
      </w:r>
    </w:p>
    <w:p>
      <w:r>
        <w:t>Так же можно сделать страницу для своего сайта: от запроса до готового текста и вёрстки, без брифов и переписки с исполнителем.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