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Текст карточки товара — это название, характеристики и описание, которые вместе помогают покупателю принять решение о покупке. Хороший текст решает две задачи: попадает в поисковую выдачу маркетплейса и убеждает пользователя нажать «в корзину». В статье разберём, из чего состоит текст карточки товара, сколько знаков нужно на разные категории, как собрать данные о позиции и куда вписать ключевые фразы. Отдельно — требования площадок, чек-лист проверки и разбор, когда выгоднее нейросеть, а когда ручная работа копирайтера. Материал будет полезен и тем, кто ведёт карточки маркетплейсов, и тем, кто пишет описание для собственного интернет-магазина. Эта статья пригодится, если вы хотите получить больше продаж со своего продукта на любом маркетплейсе и сделать карточку понятной с первого взгляда.</w:t>
      </w:r>
    </w:p>
    <w:p>
      <w:pPr>
        <w:pStyle w:val="Heading1"/>
      </w:pPr>
      <w:r>
        <w:t>Две задачи текста карточки: продать и попасть в поиск</w:t>
      </w:r>
    </w:p>
    <w:p>
      <w:r>
        <w:t>Текст карточки товара работает на двух уровнях одновременно. Первый — внутренний поиск площадки: алгоритм должен понять, к какому запросу относится позиция, и показать её в поисковой выдаче. Второй уровень — сам потенциальный покупатель, который читает текст и решает, подходит ли ему продукт.</w:t>
      </w:r>
    </w:p>
    <w:p>
      <w:r>
        <w:t>Ошибка большинства продавцов — писать сначала для запросов, а не для пользователя. Текст, набитый фразами без смысла, снижает конверсию: покупатель не понимает выгоду и уходит к другому продавцу. Правильный порядок должен быть обратным. Сначала формулируется польза и сценарий использования продукта. Потом в готовый текст аккуратно вписываются формулировки по поисковым запросам. Именно поэтому важно не путать очередность работы: сначала смысл, потом ключевые слова.</w:t>
      </w:r>
    </w:p>
    <w:p>
      <w:r>
        <w:t>Конверсия карточки зависит от того, насколько быстро текст отвечает на вопросы покупателя: подойдёт ли товар, как его использовать, что входит в комплект. Если это ясно с первого экрана, карточка начинает продавать даже без сложных приёмов. Ключевые запросы помогают попасть в поле зрения потенциального покупателя раньше других продавцов на маркетплейсе, но саму продажу закрывает именно текст карточки, а не факт присутствия в выдаче. Поэтому конкурент с более слабым текстом теряет продажи, даже если у него выше позиция в поиске.</w:t>
      </w:r>
    </w:p>
    <w:p>
      <w:r>
        <w:t>По информации Компании Комета</w:t>
      </w:r>
    </w:p>
    <w:p>
      <w:pPr>
        <w:pStyle w:val="ListBullet"/>
      </w:pPr>
      <w:r>
        <w:t>по запросу «текст для карточки товара» разобрано 16 страниц из ТОП-10 Яндекса и Google, медианный объём страницы — 1469 слов</w:t>
      </w:r>
    </w:p>
    <w:p>
      <w:pPr>
        <w:pStyle w:val="ListBullet"/>
      </w:pPr>
      <w:r>
        <w:t>у страниц выдачи в среднем 8 разделов, объём раздела — около 212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12%: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снимает выдачу по запросу «текст для карточки товара» — 16 страниц из ТОП-10 Яндекса и Google, считает медиану объёма 1469 слов и структуру из 8 разделов, а затем сам пишет готовый текст с учётом норм повторов и раскладывает ключевые слова по полям карточки: название, характеристики, описание. Нашему тексту это дало 1472 слова и релевантность 94 балла. Человеку остаётся подставить название товара, цену, характеристики и фото, проверить факты и опубликовать карточку на площадке.</w:t>
      </w:r>
    </w:p>
    <w:p>
      <w:pPr>
        <w:pStyle w:val="Heading1"/>
      </w:pPr>
      <w:r>
        <w:t>Сколько текста нужно карточке: как считать объём</w:t>
      </w:r>
    </w:p>
    <w:p>
      <w:r>
        <w:t>Объём текста считают не по интуиции, а по двум ориентирам: числу вопросов, которые обычно задаёт покупатель, и объёму описаний у карточек-лидеров категории. Если у конкурентов среднее описание на 900 знаков, а у вас 200 — карточка проигрывает по информации, даже если фото лучше.</w:t>
      </w:r>
    </w:p>
    <w:p>
      <w:r>
        <w:t>Рабочие вилки по категориям такие. Для товаров повседневного спроса — посуда, канцелярия, бытовая химия — можно ограничиться 300–800 знаками, здесь объёма такого текста вполне достаточно. Для одежды и обуви нужно больше, 800–1500 знаков: покупатель уточняет посадку, сетку и уход за вещью, а ещё цвет и материал изделия. Для техники, мебели и других сложных товаров пишут 1500–3000 знаков: там важны параметры, комплектация и ограничения по использованию продукта. Пример: для стиральной машины нужно указать габариты, класс энергопотребления и уровень шума — короткий текст этого не вместит.</w:t>
      </w:r>
    </w:p>
    <w:p>
      <w:r>
        <w:t>Слишком короткое описание оставляет вопросы покупателя без ответа, и пользователь уходит смотреть карточку с цифрами и примером использования. Слишком длинный текст размывает главное: покупатель не дочитывает до сути и теряет внимание. Оптимальный объём — минимум, который закрывает реальные вопросы, без повторов и общих фраз о качестве. Для большинства товаров можно использовать простое правило: писать столько, сколько нужно, чтобы закрыть три-четыре главных вопроса, не больше и не меньше. Такой подход можно применять к любому продукту, независимо от категории.</w:t>
      </w:r>
    </w:p>
    <w:p>
      <w:pPr>
        <w:pStyle w:val="Heading1"/>
      </w:pPr>
      <w:r>
        <w:t>Что собрать о товаре до написания текста</w:t>
      </w:r>
    </w:p>
    <w:p>
      <w:r>
        <w:t>До того как писать текст, нужно собрать полный набор данных о продукте. Источники информации: паспорт или инструкция от поставщика, фотографии со всех ракурсов, отзывы и вопросы покупателей на карточках других продавцов, отчёты личного кабинета о запросах, по которым уже находят похожую позицию. Чем полнее собранная информация о вашем товаре, тем меньше потом придётся дописывать и переделывать карточку.</w:t>
      </w:r>
    </w:p>
    <w:p>
      <w:r>
        <w:t>Список того, что нужно выписать перед тем, как описать продукт интернет-магазина:</w:t>
      </w:r>
    </w:p>
    <w:p>
      <w:pPr>
        <w:pStyle w:val="ListBullet"/>
      </w:pPr>
      <w:r>
        <w:t>назначение товара и для какой целевой аудитории он подходит;</w:t>
      </w:r>
    </w:p>
    <w:p>
      <w:pPr>
        <w:pStyle w:val="ListBullet"/>
      </w:pPr>
      <w:r>
        <w:t>кому товар не подойдёт — это снижает число возвратов;</w:t>
      </w:r>
    </w:p>
    <w:p>
      <w:pPr>
        <w:pStyle w:val="ListBullet"/>
      </w:pPr>
      <w:r>
        <w:t>сценарий использования: где, как часто, в каких условиях;</w:t>
      </w:r>
    </w:p>
    <w:p>
      <w:pPr>
        <w:pStyle w:val="ListBullet"/>
      </w:pPr>
      <w:r>
        <w:t>состав или материал, из которого сделан продукт;</w:t>
      </w:r>
    </w:p>
    <w:p>
      <w:pPr>
        <w:pStyle w:val="ListBullet"/>
      </w:pPr>
      <w:r>
        <w:t>точные размеры, вес, диапазон регулировки, цвет и варианты выбора цвета;</w:t>
      </w:r>
    </w:p>
    <w:p>
      <w:pPr>
        <w:pStyle w:val="ListBullet"/>
      </w:pPr>
      <w:r>
        <w:t>полная комплектация — что лежит в коробке;</w:t>
      </w:r>
    </w:p>
    <w:p>
      <w:pPr>
        <w:pStyle w:val="ListBullet"/>
      </w:pPr>
      <w:r>
        <w:t>правила ухода и хранения;</w:t>
      </w:r>
    </w:p>
    <w:p>
      <w:pPr>
        <w:pStyle w:val="ListBullet"/>
      </w:pPr>
      <w:r>
        <w:t>ограничения: возраст пользователя, температура эксплуатации, несовместимость с другими товарами.</w:t>
      </w:r>
    </w:p>
    <w:p>
      <w:r>
        <w:t>Отдельно стоит прочитать 15–20 отзывов на похожие карточки: там видны реальные вопросы покупателя, которые не указаны в паспорте, но важны при выборе. Такая информация о характеристиках продукта часто оказывается точнее официального описания от поставщика, ведь у поставщика информация может быть устаревшей. Именно поэтому проверка отзывов — нужный шаг перед тем, как сделать финальный текст.</w:t>
      </w:r>
    </w:p>
    <w:p>
      <w:pPr>
        <w:pStyle w:val="Heading1"/>
      </w:pPr>
      <w:r>
        <w:t>Из каких частей состоит текст карточки: название, характеристики, описание</w:t>
      </w:r>
    </w:p>
    <w:p>
      <w:r>
        <w:t>Текст карточки товара строится из трёх блоков, и у каждого блока своя роль в выдаче и в решении покупателя.</w:t>
      </w:r>
    </w:p>
    <w:p>
      <w:pPr>
        <w:pStyle w:val="Heading2"/>
      </w:pPr>
      <w:r>
        <w:t>Название</w:t>
      </w:r>
    </w:p>
    <w:p>
      <w:r>
        <w:t>Формула названия: тип плюс модель или вид плюс 2–3 ключевых признака. Пример заголовка: «Кроссовки мужские беговые, сетка, размер 42». Такой заголовок одновременно отвечает на вопросы покупателя и объясняет, что перед ним. Заглавные буквы сплошным текстом и повторы одного и того же слова в заголовке снижают читаемость и не дают преимущества в поиске.</w:t>
      </w:r>
    </w:p>
    <w:p>
      <w:pPr>
        <w:pStyle w:val="Heading2"/>
      </w:pPr>
      <w:r>
        <w:t>Характеристики</w:t>
      </w:r>
    </w:p>
    <w:p>
      <w:r>
        <w:t>Характеристики оформляют таблицей «параметр — значение»: материал, размерная сетка, вес, страна производства, комплектация. Заполнять нужно все доступные поля, даже необязательные: они превращаются в фильтры, по которым ищут продукт. Пропущенное поле «материал» может убрать карточку из фильтра «хлопок 100%», хотя товар ему соответствует.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Параметр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Материал</w:t>
            </w:r>
          </w:p>
        </w:tc>
        <w:tc>
          <w:tcPr>
            <w:tcW w:type="dxa" w:w="4320"/>
          </w:tcPr>
          <w:p>
            <w:r>
              <w:t>шерсть 30%, акрил 70%</w:t>
            </w:r>
          </w:p>
        </w:tc>
      </w:tr>
      <w:tr>
        <w:tc>
          <w:tcPr>
            <w:tcW w:type="dxa" w:w="4320"/>
          </w:tcPr>
          <w:p>
            <w:r>
              <w:t>Размер</w:t>
            </w:r>
          </w:p>
        </w:tc>
        <w:tc>
          <w:tcPr>
            <w:tcW w:type="dxa" w:w="4320"/>
          </w:tcPr>
          <w:p>
            <w:r>
              <w:t>42–44</w:t>
            </w:r>
          </w:p>
        </w:tc>
      </w:tr>
      <w:tr>
        <w:tc>
          <w:tcPr>
            <w:tcW w:type="dxa" w:w="4320"/>
          </w:tcPr>
          <w:p>
            <w:r>
              <w:t>Вес</w:t>
            </w:r>
          </w:p>
        </w:tc>
        <w:tc>
          <w:tcPr>
            <w:tcW w:type="dxa" w:w="4320"/>
          </w:tcPr>
          <w:p>
            <w:r>
              <w:t>320 г</w:t>
            </w:r>
          </w:p>
        </w:tc>
      </w:tr>
      <w:tr>
        <w:tc>
          <w:tcPr>
            <w:tcW w:type="dxa" w:w="4320"/>
          </w:tcPr>
          <w:p>
            <w:r>
              <w:t>Комплектация</w:t>
            </w:r>
          </w:p>
        </w:tc>
        <w:tc>
          <w:tcPr>
            <w:tcW w:type="dxa" w:w="4320"/>
          </w:tcPr>
          <w:p>
            <w:r>
              <w:t>изделие, чехол, инструкция</w:t>
            </w:r>
          </w:p>
        </w:tc>
      </w:tr>
    </w:tbl>
    <w:p>
      <w:pPr>
        <w:pStyle w:val="Heading2"/>
      </w:pPr>
      <w:r>
        <w:t>Описание</w:t>
      </w:r>
    </w:p>
    <w:p>
      <w:r>
        <w:t>Хорошее описание продукта переводит характеристику в выгоду для покупателя. Пример: «шерсть 30% — не колется и держит тепло до −15 °C». Такое описание характеристик включает назначение, сценарий использования, комплектацию и честные ограничения — что продукт не умеет.</w:t>
      </w:r>
    </w:p>
    <w:p>
      <w:r>
        <w:t>До: «Куртка тёплая, качественная, для зимы». После: «Куртка с мембраной 5000 мм держит тепло до −20 °C, не промокает при снеге, подходит для города и прогулок с ребёнком дольше часа». Второй вариант отвечает на вопросы покупателя и создаёт преимущество перед карточкой без деталей. Хороший текст показывает разницу между продуктами, которые выглядят одинаково на фото, но по факту решают разные задачи. Так пишем текстовый контент, который продаёт, а не просто перечисляет параметры. Такой контент можно позволять себе дорабатывать по мере накопления новых отзывов от клиентов.</w:t>
      </w:r>
    </w:p>
    <w:p>
      <w:pPr>
        <w:pStyle w:val="Heading1"/>
      </w:pPr>
      <w:r>
        <w:t>SEO: как подобрать ключевые слова и разложить их по полям карточки</w:t>
      </w:r>
    </w:p>
    <w:p>
      <w:r>
        <w:t>Подбор ключевых слов для текста карточки строится в четыре шага.</w:t>
      </w:r>
    </w:p>
    <w:p>
      <w:pPr>
        <w:pStyle w:val="ListBullet"/>
      </w:pPr>
      <w:r>
        <w:t>Собрать запросы: подсказки внутреннего поиска площадки, отчёты кабинета продавца по показам, сервис подсказок, а также названия и характеристики у карточек в топе выдачи.</w:t>
      </w:r>
    </w:p>
    <w:p>
      <w:pPr>
        <w:pStyle w:val="ListBullet"/>
      </w:pPr>
      <w:r>
        <w:t>Сгруппировать слова по смыслу: частотные общие запросы («куртка зимняя мужская»), запросы по свойству («куртка с мембраной»), низкочастотные уточняющие запросы, которые ищут покупатели с конкретным намерением, например «куртка зимняя размер 54».</w:t>
      </w:r>
    </w:p>
    <w:p>
      <w:pPr>
        <w:pStyle w:val="ListBullet"/>
      </w:pPr>
      <w:r>
        <w:t>Распределить фразы по полям: самые частотные словосочетания — в заголовок, свойства и материалы — в характеристики, средне- и низкочастотные слова — в описание естественными оборотами, без искусственных перечислений.</w:t>
      </w:r>
    </w:p>
    <w:p>
      <w:pPr>
        <w:pStyle w:val="ListBullet"/>
      </w:pPr>
      <w:r>
        <w:t>Проверить результат через 2–3 недели: посмотреть в кабинете, по каким запросам выросли показы, и добавить недостающие слова в текст, если часть не сработала. Для этого можно использовать встроенный инструмент аналитики площадки или сторонний сервис статистики.</w:t>
      </w:r>
    </w:p>
    <w:p>
      <w:r>
        <w:t>Перечисление ключевых слов подряд без связок вредит: такой текст читается тяжело, покупатель не понимает смысл предложения, а площадка может расценить это как переспам и понизить карточку в выдаче. Поэтому лучше сразу проверять готовый текст на естественность перед публикацией.</w:t>
      </w:r>
    </w:p>
    <w:p>
      <w:pPr>
        <w:pStyle w:val="Heading1"/>
      </w:pPr>
      <w:r>
        <w:t>Требования площадок: чем отличаются тексты для Wildberries, Ozon, Яндекс Маркета и своего магазина</w:t>
      </w:r>
    </w:p>
    <w:p>
      <w:r>
        <w:t>У каждой площадки свои правила формирования карточки и лимиты полей. Общее правило для Wildberries, Ozon и Яндекс Маркета: нет прямых контактов продавца, ссылок на сторонние сайты и капса в заголовке. Порядок заполнения полей у каждого маркетплейса свой, но принцип один: чем полнее карточка продукта на маркетплейсе, тем выше её место в категории.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Площадка</w:t>
            </w:r>
          </w:p>
        </w:tc>
        <w:tc>
          <w:tcPr>
            <w:tcW w:type="dxa" w:w="2160"/>
          </w:tcPr>
          <w:p>
            <w:r>
              <w:t>Кто формирует название</w:t>
            </w:r>
          </w:p>
        </w:tc>
        <w:tc>
          <w:tcPr>
            <w:tcW w:type="dxa" w:w="2160"/>
          </w:tcPr>
          <w:p>
            <w:r>
              <w:t>Лимит описания</w:t>
            </w:r>
          </w:p>
        </w:tc>
        <w:tc>
          <w:tcPr>
            <w:tcW w:type="dxa" w:w="2160"/>
          </w:tcPr>
          <w:p>
            <w:r>
              <w:t>Что запрещено</w:t>
            </w:r>
          </w:p>
        </w:tc>
      </w:tr>
      <w:tr>
        <w:tc>
          <w:tcPr>
            <w:tcW w:type="dxa" w:w="2160"/>
          </w:tcPr>
          <w:p>
            <w:r>
              <w:t>Wildberries</w:t>
            </w:r>
          </w:p>
        </w:tc>
        <w:tc>
          <w:tcPr>
            <w:tcW w:type="dxa" w:w="2160"/>
          </w:tcPr>
          <w:p>
            <w:r>
              <w:t>продавец, по шаблону категории</w:t>
            </w:r>
          </w:p>
        </w:tc>
        <w:tc>
          <w:tcPr>
            <w:tcW w:type="dxa" w:w="2160"/>
          </w:tcPr>
          <w:p>
            <w:r>
              <w:t>смотрите в справке площадки — лимит меняется</w:t>
            </w:r>
          </w:p>
        </w:tc>
        <w:tc>
          <w:tcPr>
            <w:tcW w:type="dxa" w:w="2160"/>
          </w:tcPr>
          <w:p>
            <w:r>
              <w:t>контакты, ссылки, чужие бренды</w:t>
            </w:r>
          </w:p>
        </w:tc>
      </w:tr>
      <w:tr>
        <w:tc>
          <w:tcPr>
            <w:tcW w:type="dxa" w:w="2160"/>
          </w:tcPr>
          <w:p>
            <w:r>
              <w:t>Ozon</w:t>
            </w:r>
          </w:p>
        </w:tc>
        <w:tc>
          <w:tcPr>
            <w:tcW w:type="dxa" w:w="2160"/>
          </w:tcPr>
          <w:p>
            <w:r>
              <w:t>продавец, с проверкой модерацией</w:t>
            </w:r>
          </w:p>
        </w:tc>
        <w:tc>
          <w:tcPr>
            <w:tcW w:type="dxa" w:w="2160"/>
          </w:tcPr>
          <w:p>
            <w:r>
              <w:t>смотрите в справке площадки</w:t>
            </w:r>
          </w:p>
        </w:tc>
        <w:tc>
          <w:tcPr>
            <w:tcW w:type="dxa" w:w="2160"/>
          </w:tcPr>
          <w:p>
            <w:r>
              <w:t>капс, необоснованные обещания</w:t>
            </w:r>
          </w:p>
        </w:tc>
      </w:tr>
      <w:tr>
        <w:tc>
          <w:tcPr>
            <w:tcW w:type="dxa" w:w="2160"/>
          </w:tcPr>
          <w:p>
            <w:r>
              <w:t>Яндекс Маркет</w:t>
            </w:r>
          </w:p>
        </w:tc>
        <w:tc>
          <w:tcPr>
            <w:tcW w:type="dxa" w:w="2160"/>
          </w:tcPr>
          <w:p>
            <w:r>
              <w:t>продавец или магазин через фид</w:t>
            </w:r>
          </w:p>
        </w:tc>
        <w:tc>
          <w:tcPr>
            <w:tcW w:type="dxa" w:w="2160"/>
          </w:tcPr>
          <w:p>
            <w:r>
              <w:t>задаётся требованиями фида</w:t>
            </w:r>
          </w:p>
        </w:tc>
        <w:tc>
          <w:tcPr>
            <w:tcW w:type="dxa" w:w="2160"/>
          </w:tcPr>
          <w:p>
            <w:r>
              <w:t>дублирование характеристик</w:t>
            </w:r>
          </w:p>
        </w:tc>
      </w:tr>
      <w:tr>
        <w:tc>
          <w:tcPr>
            <w:tcW w:type="dxa" w:w="2160"/>
          </w:tcPr>
          <w:p>
            <w:r>
              <w:t>Свой интернет-магазин</w:t>
            </w:r>
          </w:p>
        </w:tc>
        <w:tc>
          <w:tcPr>
            <w:tcW w:type="dxa" w:w="2160"/>
          </w:tcPr>
          <w:p>
            <w:r>
              <w:t>владелец, полная свобода</w:t>
            </w:r>
          </w:p>
        </w:tc>
        <w:tc>
          <w:tcPr>
            <w:tcW w:type="dxa" w:w="2160"/>
          </w:tcPr>
          <w:p>
            <w:r>
              <w:t>ограничений нет</w:t>
            </w:r>
          </w:p>
        </w:tc>
        <w:tc>
          <w:tcPr>
            <w:tcW w:type="dxa" w:w="2160"/>
          </w:tcPr>
          <w:p>
            <w:r>
              <w:t>только внутренние правила SEO</w:t>
            </w:r>
          </w:p>
        </w:tc>
      </w:tr>
    </w:tbl>
    <w:p>
      <w:r>
        <w:t>Карточка продукта интернет-магазина отличается тем, что кроме названия и описания нужно заполнять title, description, заголовок H1 и alt-текст к фотографиям. Этих элементов нет у карточек маркетплейсов, но именно они влияют на позиции в поиске Яндекса и Google. Правило для таких карточек простое: чем точнее заголовок описывает продукт, который продают и другие продавцы, тем выше шанс попасть в топ по запросу.</w:t>
      </w:r>
    </w:p>
    <w:p>
      <w:pPr>
        <w:pStyle w:val="Heading1"/>
      </w:pPr>
      <w:r>
        <w:t>Нейросети, шаблоны и заказ текста: когда что выгоднее</w:t>
      </w:r>
    </w:p>
    <w:p>
      <w:r>
        <w:t>Для каталога из 500 и более товаров ручное написание каждого текста нецелесообразно по времени. Здесь работает шаблон с подстановкой характеристик: одна структура, в которую автоматически вставляются данные из таблицы продукта. Такой подход подходит, когда описание можно свести к десятку типовых блоков.</w:t>
      </w:r>
    </w:p>
    <w:p>
      <w:r>
        <w:t>Нейросеть-генератор ускоряет создание текста по списку фактов, но требует проверки: модель может додумать характеристику, которой не может быть у реального продукта, и такая ошибка снижает доверие покупателя. Каждый текст после генерации нужно сверить с паспортом, особенно если для описания сотен товаров было решено использовать автоматическую генерацию без ручной вычитки. Автор текста должен проверять контент, а не только запускать генерацию и публиковать результат без чтения.</w:t>
      </w:r>
    </w:p>
    <w:p>
      <w:r>
        <w:t>Ручное написание оправдано для хитовых позиций, где решает конверсия, а не скорость выпуска карточек. Ориентиры по цене: от 1 800 ₽, стоимость зависит от количества часов работы; за партию карточек считают по смете, срок подготовки — от 3 рабочих дней. Написав текст для одной хитовой карточки вручную, часто удаётся поднять конверсию заметнее, чем от смены фотографий. Если нужно быстро закрыть текстом весь каталог или отдельные хитовые позиции, обращайтесь в агентство «Комета» — +7 495 118-37-73, top@cometa.agency — там помогут подобрать формат под ваш продукт и ваш бюджет.</w:t>
      </w:r>
    </w:p>
    <w:p>
      <w:pPr>
        <w:pStyle w:val="Heading1"/>
      </w:pPr>
      <w:r>
        <w:t>Частые ошибки и чек-лист проверки перед публикацией</w:t>
      </w:r>
    </w:p>
    <w:p>
      <w:r>
        <w:t>Частые ошибки в текстах для карточек: копия описания от поставщика без адаптации под покупателя, общие слова без цифр («качественный», «удобный»), перечисление параметров без перевода в выгоду, переспам ключевыми фразами, отсутствие структуры и абзацев, нет ответа на вопросы покупателя из отзывов.</w:t>
      </w:r>
    </w:p>
    <w:p>
      <w:r>
        <w:t>Пример ошибки: «Товар высокого качества, подойдёт каждому». Такой текст в описании не помогает принять решение, потому что не отвечает на вопрос, кому конкретно подходит продукт. Важно избегать и другой крайности: карточки, которые скопированы у другого продавца слово в слово, площадка может понизить за неуникальный контент. Первый абзац описания должен быть построен так, чтобы сразу закрывать главный вопрос покупателя, а не начинаться с общих слов. Такой блок текста стоит перечитать ещё раз перед публикацией, чтобы понять, всё ли в нём понятно новому пользователю.</w:t>
      </w:r>
    </w:p>
    <w:p>
      <w:r>
        <w:t>Чек-лист перед публикацией текста карточки товара:</w:t>
      </w:r>
    </w:p>
    <w:p>
      <w:pPr>
        <w:pStyle w:val="ListBullet"/>
      </w:pPr>
      <w:r>
        <w:t>заголовок содержит тип, модель и ключевые признаки;</w:t>
      </w:r>
    </w:p>
    <w:p>
      <w:pPr>
        <w:pStyle w:val="ListBullet"/>
      </w:pPr>
      <w:r>
        <w:t>все поля характеристик заполнены, включая необязательные;</w:t>
      </w:r>
    </w:p>
    <w:p>
      <w:pPr>
        <w:pStyle w:val="ListBullet"/>
      </w:pPr>
      <w:r>
        <w:t>описание отвечает на главный вопрос покупателя — для чего продукт;</w:t>
      </w:r>
    </w:p>
    <w:p>
      <w:pPr>
        <w:pStyle w:val="ListBullet"/>
      </w:pPr>
      <w:r>
        <w:t>указаны материал, размер, вес и комплектация;</w:t>
      </w:r>
    </w:p>
    <w:p>
      <w:pPr>
        <w:pStyle w:val="ListBullet"/>
      </w:pPr>
      <w:r>
        <w:t>есть сценарий использования и весь список ограничений;</w:t>
      </w:r>
    </w:p>
    <w:p>
      <w:pPr>
        <w:pStyle w:val="ListBullet"/>
      </w:pPr>
      <w:r>
        <w:t>ключевые слова вписаны в контент без переспама;</w:t>
      </w:r>
    </w:p>
    <w:p>
      <w:pPr>
        <w:pStyle w:val="ListBullet"/>
      </w:pPr>
      <w:r>
        <w:t>нет копии текста поставщика или другой карточки;</w:t>
      </w:r>
    </w:p>
    <w:p>
      <w:pPr>
        <w:pStyle w:val="ListBullet"/>
      </w:pPr>
      <w:r>
        <w:t>фотографии соответствуют описанию и характеристикам;</w:t>
      </w:r>
    </w:p>
    <w:p>
      <w:pPr>
        <w:pStyle w:val="ListBullet"/>
      </w:pPr>
      <w:r>
        <w:t>текст проверен на орфографию и разбит на короткие абзацы;</w:t>
      </w:r>
    </w:p>
    <w:p>
      <w:pPr>
        <w:pStyle w:val="ListBullet"/>
      </w:pPr>
      <w:r>
        <w:t>соблюдены правила площадки: нет контактов, ссылок и чужих брендов.</w:t>
      </w:r>
    </w:p>
    <w:p>
      <w:pPr>
        <w:pStyle w:val="Heading1"/>
      </w:pPr>
      <w:r>
        <w:t>Частые вопросы о текстах для карточек товара</w:t>
      </w:r>
    </w:p>
    <w:p>
      <w:pPr>
        <w:pStyle w:val="Heading2"/>
      </w:pPr>
      <w:r>
        <w:t>Как написать карточку товара?</w:t>
      </w:r>
    </w:p>
    <w:p>
      <w:r>
        <w:t>Сначала нужно собрать данные о продукте: назначение, характеристики, комплектацию, отзывы. Затем составить заголовок по формуле «тип + модель + признаки», заполнить таблицу характеристик и написать описание с переводом свойств в выгоду для покупателя. Есть смысл сразу продумать, какой контент дополнит текст: фото, видео, инфографику.</w:t>
      </w:r>
    </w:p>
    <w:p>
      <w:pPr>
        <w:pStyle w:val="Heading2"/>
      </w:pPr>
      <w:r>
        <w:t>Как написать описание товара с помощью нейросети?</w:t>
      </w:r>
    </w:p>
    <w:p>
      <w:r>
        <w:t>Подготовить список фактов о продукте: материал, размер, назначение, ограничения. Передать их модели с запросом на структуру «назначение — характеристики — сценарий использования». Результат обязательно должен быть сверен с реальными данными, чтобы исключить придуманные характеристики. Такой инструмент позволяет ускорить создание контента, но не заменяет автора полностью.</w:t>
      </w:r>
    </w:p>
    <w:p>
      <w:pPr>
        <w:pStyle w:val="Heading2"/>
      </w:pPr>
      <w:r>
        <w:t>Как правильно описывать товар?</w:t>
      </w:r>
    </w:p>
    <w:p>
      <w:r>
        <w:t>Описывать нужно через факты, а не оценки: указывать материал, размер, сценарий использования и ограничения. Каждую характеристику стоит переводить в понятную выгоду с конкретным примером, а не оставлять сухой список параметров. Это позволяет клиенту быстрее понять преимущество продукта перед аналогом у конкурента.</w:t>
      </w:r>
    </w:p>
    <w:p>
      <w:pPr>
        <w:pStyle w:val="Heading2"/>
      </w:pPr>
      <w:r>
        <w:t>Сколько стоит текст для карточки товара?</w:t>
      </w:r>
    </w:p>
    <w:p>
      <w:r>
        <w:t>Цена зависит от объёма и сложности продукта: услуги оплачивают за 1000 знаков или за карточку целиком. Ориентировочная стоимость — от 1 800 ₽, по количеству часов работы, срок подготовки — от 3 рабочих дней на партию из нескольких карточек.</w:t>
      </w:r>
    </w:p>
    <w:p>
      <w:pPr>
        <w:pStyle w:val="Heading2"/>
      </w:pPr>
      <w:r>
        <w:t>Где брать заказы на создание карточек товара?</w:t>
      </w:r>
    </w:p>
    <w:p>
      <w:r>
        <w:t>Заказы находят на биржах копирайтинга, через каталоги фрилансеров, в тематических чатах продавцов и по рекомендациям от постоянных клиентов. Часть заказов приходит напрямую от владельцев интернет-магазинов, которым нужен объём под каталог. Где искать первых заказчиков, часто подсказывают отзывы на биржах о работе с конкретными исполнителями по написанию таких карточек. Начать можно с малого количества карточек, а уже потом наращивать количество заказов и продвижение своих услуг среди новых клиентов.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1472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