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Страница о компании — раздел сайта, где бизнес рассказывает, кто он, чем занимается и почему ему можно доверять. Часто её называют «О нас», «О бренде», «Наша история» или «Кто мы» — суть одна: собрать информацию о компании в одном месте и снять сомнения у потенциального клиента перед покупкой или обращением. В этой статье разберём, зачем нужна такая страница, какие блоки должны быть обязательными, как написать текст без штампов и как проверить, что раздел работает и приносит клиентов. Дадим готовые формулировки вместо клише, список вопросов для интервью с командой и таблицу сравнения слабых и сильных фраз. Материал подойдёт владельцам малого бизнеса, маркетологам и веб-дизайнерам, которым нужно создать или переписать информацию о компании с нуля, опираясь на факты, которые уже есть у бизнеса. Хорошо написанный раздел показывает клиенту, что компания реальна и ей можно доверять уже с первого экрана, а не после третьего звонка менеджеру. Такой текст может стать самым читаемым разделом сайта после карточек услуг, если в нём есть конкретные цифры и фото, а не общие обещания. Чтобы текст был убедительным, нужно собрать факты заранее, а не придумывать их в процессе вёрстки. Пользователь должен получить нужную информацию сразу, не дочитывая до третьего экрана.</w:t>
      </w:r>
    </w:p>
    <w:p>
      <w:pPr>
        <w:pStyle w:val="Heading1"/>
      </w:pPr>
      <w:r>
        <w:t>Зачем сайту раздел «О нас» и какие задачи он решает</w:t>
      </w:r>
    </w:p>
    <w:p>
      <w:r>
        <w:t>У страницы о компании три задачи. Первая — снять сомнения: показать, что бизнес реален, работает по договору и отвечает за результат, которому можно доверять. Вторая — отличить компанию от конкурента: показать конкретный подход, специализацию, цифры вашего бизнеса. Третья — дать данные поисковым системам и ИИ-ассистентам: адрес, ИНН, год основания, состав команды. Без этих данных сложно объяснить пользователю, что решение обратиться сюда безопасно для его бизнеса и для его бюджета.</w:t>
      </w:r>
    </w:p>
    <w:p>
      <w:r>
        <w:t>Читатель попадает на страницу тремя путями: заходит через меню сайта перед покупкой, ищет компанию по брендовому запросу в поиске, переходит по ссылке из письма или коммерческого предложения. В каждом случае у него разный уровень доверия и разные вопросы к компании: какие услуги оказываются, с какого года работает организация, кто стоит за проектами и можно ли проверить эти факты самостоятельно.</w:t>
      </w:r>
    </w:p>
    <w:p>
      <w:r>
        <w:t>Можно выделить четыре типа читателей. Покупатель хочет понять, работает ли компания в его регионе и способна ли она решить задачу его объёма. Партнёр смотрит на опыт и портфель кейсов, которые компания готова разместить в разделе. Соискатель ищет описание команды и условий работы, чтобы понять, стоит ли отправлять резюме именно сюда. Журналист или блогер собирает факты для публикации и проверяет, совпадает ли информация на сайте с тем, что говорят в открытых источниках. Раздел должен закрывать вопросы всех четырёх групп клиентов, иначе часть трафика уходит без действия. Бизнес, который формулирует ответы через конкретные данные, а не через рассуждения о качестве, решает задачу быстрее и получает больше заявок с той же страницы. Тот, кто пропускает эту работу, теряет часть трафика ещё до звонка.</w:t>
      </w:r>
    </w:p>
    <w:p>
      <w:r>
        <w:t>Доверие клиента складывается не из одного заявления, а из суммы деталей: реальные фото, даты, цифры, отзывы. Такие детали влияют и на поведенческие факторы — время на странице растёт, отказы снижаются, а значит растёт и позиция сайта в поиске, что напрямую связано с seo-оптимизацией всего ресурса. Раздел о компании часто становится посадочной страницей для тех, кто уже получил коммерческое предложение и хочет проверить исполнителя перед оплатой, а значит должен выдержать сравнение с сайтом любого конкурента, который читатель откроет в соседней вкладке. Ваш текст должен пережить именно такое сравнение, а не только внутреннюю проверку редактора.</w:t>
      </w:r>
    </w:p>
    <w:p>
      <w:r>
        <w:t>По информации Компании Комета</w:t>
      </w:r>
    </w:p>
    <w:p>
      <w:pPr>
        <w:pStyle w:val="ListBullet"/>
      </w:pPr>
      <w:r>
        <w:t>по запросу «страница о компании» разобрано 18 страниц из ТОП-10 Яндекса и Google, медианный объём страницы — 1752 слов</w:t>
      </w:r>
    </w:p>
    <w:p>
      <w:pPr>
        <w:pStyle w:val="ListBullet"/>
      </w:pPr>
      <w:r>
        <w:t>у страниц выдачи в среднем 9 разделов, объём раздела — около 210 слов</w:t>
      </w:r>
    </w:p>
    <w:p>
      <w:pPr>
        <w:pStyle w:val="ListBullet"/>
      </w:pPr>
      <w:r>
        <w:t>числа и проверяемые факты встречаются у них в 10% предложений — ниже этой планки текст в ТОПе выглядит пустым</w:t>
      </w:r>
    </w:p>
    <w:p>
      <w:pPr>
        <w:pStyle w:val="ListBullet"/>
      </w:pPr>
      <w:r>
        <w:t>коммерческая составляющая темы — 10%: столько места выдача отдаёт продаже, остальное объяснению</w:t>
      </w:r>
    </w:p>
    <w:p>
      <w:r>
        <w:t>Данные получены при подготовке этой страницы: выдача снята и пересчитана сервисом ТЗшник.</w:t>
      </w:r>
    </w:p>
    <w:p>
      <w:r>
        <w:t>ТЗшник разбирает 18 страниц выдачи Яндекса и Google по запросу «страница о компании», выявляет медианный объём 1752 слова и структуру из 9 разделов, а затем сам пишет готовый текст под эти нормы — итог получается на 1678 слов при релевантности 88 пунктов. Человеку остаётся подставить название компании, реальные даты, цифры и контакты вместо примерных, проверить факты о команде и услугах и опубликовать страницу.</w:t>
      </w:r>
    </w:p>
    <w:p>
      <w:pPr>
        <w:pStyle w:val="Heading1"/>
      </w:pPr>
      <w:r>
        <w:t>Обязательные блоки страницы «О компании»</w:t>
      </w:r>
    </w:p>
    <w:p>
      <w:pPr>
        <w:pStyle w:val="ListBullet"/>
      </w:pPr>
      <w:r>
        <w:t>Позиционирование в первом экране. Одно-два предложения: кто компания, для кого работает, чем отличается от конкурента. Краткое описание компании должно уместиться в 200–250 символов.</w:t>
      </w:r>
    </w:p>
    <w:p>
      <w:pPr>
        <w:pStyle w:val="ListBullet"/>
      </w:pPr>
      <w:r>
        <w:t>Описание деятельности. Краткое описание услуг и товаров, без перечисления через запятую всего каталога — это особенно важно для интернет-магазина с большим ассортиментом. Достаточно 4–6 направлений с одним предложением на каждое.</w:t>
      </w:r>
    </w:p>
    <w:p>
      <w:pPr>
        <w:pStyle w:val="ListBullet"/>
      </w:pPr>
      <w:r>
        <w:t>История компании с датами. Когда компания была основана, какие этапы прошла: 2008, ключевые события за 3–5 лет. Историю компании стоит подавать хронологией, а не сплошным абзацем.</w:t>
      </w:r>
    </w:p>
    <w:p>
      <w:pPr>
        <w:pStyle w:val="ListBullet"/>
      </w:pPr>
      <w:r>
        <w:t>Миссия и ценности. Формулировка миссии и трёх-четырёх ценностей компании простыми словами, без пафоса. Миссия должна отвечать на вопрос, зачем компания вообще работает на этом рынке. Каждую ценность подкрепите примером из работы команды.</w:t>
      </w:r>
    </w:p>
    <w:p>
      <w:pPr>
        <w:pStyle w:val="ListBullet"/>
      </w:pPr>
      <w:r>
        <w:t>Компания в цифрах. Число клиентов, проектов, лет опыта работы, филиалов — минимум три цифры с указанием периода, например «120 проектов за 4 года». Это одно из ключевых достижений, которое стоит вынести на первый экран.</w:t>
      </w:r>
    </w:p>
    <w:p>
      <w:pPr>
        <w:pStyle w:val="ListBullet"/>
      </w:pPr>
      <w:r>
        <w:t>Команда с именами и фото. Фото команды, имена, должности, короткая подпись про опыт каждого сотрудника от 2 до 15 лет.</w:t>
      </w:r>
    </w:p>
    <w:p>
      <w:pPr>
        <w:pStyle w:val="ListBullet"/>
      </w:pPr>
      <w:r>
        <w:t>Документы и сертификаты. Скан лицензии, сертификата качества, членства в ассоциации с номером и датой выдачи документа, а также наград, если компания их получала.</w:t>
      </w:r>
    </w:p>
    <w:p>
      <w:pPr>
        <w:pStyle w:val="ListBullet"/>
      </w:pPr>
      <w:r>
        <w:t>Кейсы и отзывы клиентов. Один-два кейса с задачей и результатом, подборка из 5–10 отзывов с именем и компанией заказчика. Измеримый результат кейса убеждает сильнее общих слов.</w:t>
      </w:r>
    </w:p>
    <w:p>
      <w:pPr>
        <w:pStyle w:val="ListBullet"/>
      </w:pPr>
      <w:r>
        <w:t>Процесс работы от заявки до результата. Пошаговое описание: заявка, встреча, договор, срок выполнения по каждому этапу в днях.</w:t>
      </w:r>
    </w:p>
    <w:p>
      <w:pPr>
        <w:pStyle w:val="ListBullet"/>
      </w:pPr>
      <w:r>
        <w:t>Призыв к действию. Кнопка или форма ведёт на контакты или заявку — конкретный следующий шаг для читателя, а не абстрактное «свяжитесь с нами».</w:t>
      </w:r>
    </w:p>
    <w:p>
      <w:r>
        <w:t>Каждый блок работает на общую задачу: убедить, что компания опытна, компетентна и достижения команды подтверждены документами и отзывами, а не декларациями. Пропуск даже одного блока — например, отсутствие фото команды или сертификатов — снижает доверие сильнее, чем кажется на этапе вёрстки страницы. Если ресурсов на все десять блоков пока нет, стоит начать с четырёх: позиционирование, цифры, команда, кейсы — остальное можно добавить позже, когда появятся новые фото и отзывы. Ваш список приоритетов может отличаться от чужого, но начинать нужно именно с фактов, которые уже есть.</w:t>
      </w:r>
    </w:p>
    <w:p>
      <w:pPr>
        <w:pStyle w:val="Heading1"/>
      </w:pPr>
      <w:r>
        <w:t>Юридическая информация и контакты: что и где размещать</w:t>
      </w:r>
    </w:p>
    <w:p>
      <w:r>
        <w:t>Рассказ о компании и юридическая карточка — разные вещи. Первый убеждает, вторая подтверждает: показывает, что за сайтом стоит реальная организация. В состав юридического блока входят наименование по уставу, ИНН, ОГРН, юридический и фактический адрес, режим работы, телефон, e-mail, ссылки на мессенджеры и социальные сети, номера лицензий при их наличии.</w:t>
      </w:r>
    </w:p>
    <w:p>
      <w:r>
        <w:t>Размещать эти данные можно в трёх местах: коротким блоком в конце страницы о компании, на отдельной странице контактов и в футере сайта на каждой странице. Дублирование не вредит — наоборот, данные должны быть согласованы между собой: одинаковый адрес и телефон везде вызывают доверие и упрощают проверку данных поисковыми системами и справочниками. Для российских компаний расхождение в реквизитах на разных страницах — частая причина, по которой карточка организации в поисковике не верифицируется.</w:t>
      </w:r>
    </w:p>
    <w:p>
      <w:r>
        <w:t>Контакты стоит дополнять картой проезда и временем работы по будням и выходным — это снимает лишний звонок с вопросом о графике. Ссылки на социальные сети с активной лентой публикаций тоже работают как контакт: по ним можно проверить, что компания на связи прямо сейчас. Если у вашей компании несколько офисов, каждый адрес лучше выносить отдельной карточкой с собственным телефоном и графиком — так посетитель сайта быстрее найдёт ближайшую точку. Место размещения данных должно быть предсказуемым: посетитель ищет контакты либо вверху, либо внизу страницы, а не в середине текста.</w:t>
      </w:r>
    </w:p>
    <w:p>
      <w:pPr>
        <w:pStyle w:val="Heading1"/>
      </w:pPr>
      <w:r>
        <w:t>Как написать текст о компании: пошаговый алгоритм</w:t>
      </w:r>
    </w:p>
    <w:p>
      <w:r>
        <w:t>Написать текст о компании, который не похож на десятки других, помогает алгоритм из пяти шагов.</w:t>
      </w:r>
    </w:p>
    <w:p>
      <w:r>
        <w:t>Шаг 1. Интервью с основателем и сотрудниками. Задайте вопросы: почему вы начали этот бизнес? Какую задачу клиента решаете лучше конкурента? Что изменилось в компании за последние три года? Какой кейс вы считаете самым сложным? Что говорят отзывы клиентов чаще всего? Какие ошибки допускали, пока компания работала без чётких процессов? Чем горды больше всего? Что бы вы рассказали людям, которые впервые пришли на встречу?</w:t>
      </w:r>
    </w:p>
    <w:p>
      <w:r>
        <w:t>Шаг 2. Сбор вопросов целевой аудитории. Соберите реальные вопросы из переписки с клиентами, комментариев и заявок — это подскажет, какую информацию нужно рассказать в первую очередь и какой информации сейчас не хватает на сайте. Часто выясняется, что аудитория вообще не понимает, чем ваша компания отличается от той, что стоит первой в выдаче.</w:t>
      </w:r>
    </w:p>
    <w:p>
      <w:r>
        <w:t>Шаг 3. Раскладка фактов по блокам. Каждый факт из интервью распределите по разделу: история, команда, цифры, рабочие процессы. Не смешивайте историю компании с описанием услуг в одном абзаце — так контентом сложнее пользоваться, а читатель теряет мысль на середине абзаца.</w:t>
      </w:r>
    </w:p>
    <w:p>
      <w:r>
        <w:t>Шаг 4. Чистка штампов. Замените общие фразы на проверяемые данные: не «команда профессионалов», а «пять сотрудников со средним опытом работы семь лет». Проверьте, можно ли доказать каждое утверждение цифрой или документом, а если нет — уберите фразу совсем.</w:t>
      </w:r>
    </w:p>
    <w:p>
      <w:r>
        <w:t>Шаг 5. Подготовка фотографий и сканов документов. Своя съёмка команды, фото офиса, сканы сертификатов — без этого текст выглядит недостоверно, даже если написан ради пользы клиента, а не для галочки. Хороший визуальный ряд решает эту задачу быстрее любого текста, а качественный дизайн страницы помогает удержать внимание посетителя.</w:t>
      </w:r>
    </w:p>
    <w:p>
      <w:r>
        <w:t>Чтобы понять, для кого пишется текст компании, нужно сначала определить целевую аудиторию: сравнить, что важно частному заказчику и что — крупному партнёру. От этого зависит, какие сотрудники и какие цифры выносить в начало текста. Ориентир объёма для готового текста раздела — 300–800 слов, в зависимости от числа кейсов и размера команды. Написать текст короче 300 слов сложно без потери фактов, а длиннее 800 читатель редко дочитывает до конца. Если работа над текстом ведётся силами одного сотрудника, стоит заложить на весь процесс — от интервью до публикации — не меньше недели, чтобы собрать фото и проверить факты. Нужно заранее решить, кто отвечает за сбор данных: без ответственного текст откладывается на месяцы.</w:t>
      </w:r>
    </w:p>
    <w:p>
      <w:pPr>
        <w:pStyle w:val="Heading1"/>
      </w:pPr>
      <w:r>
        <w:t>Слабый и сильный текст: сравнение формулировок</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Штамп</w:t>
            </w:r>
          </w:p>
        </w:tc>
        <w:tc>
          <w:tcPr>
            <w:tcW w:type="dxa" w:w="2880"/>
          </w:tcPr>
          <w:p>
            <w:r>
              <w:t>Переписанный вариант</w:t>
            </w:r>
          </w:p>
        </w:tc>
        <w:tc>
          <w:tcPr>
            <w:tcW w:type="dxa" w:w="2880"/>
          </w:tcPr>
          <w:p>
            <w:r>
              <w:t>Какой факт понадобился</w:t>
            </w:r>
          </w:p>
        </w:tc>
      </w:tr>
      <w:tr>
        <w:tc>
          <w:tcPr>
            <w:tcW w:type="dxa" w:w="2880"/>
          </w:tcPr>
          <w:p>
            <w:r>
              <w:t>Динамично развивающаяся компания</w:t>
            </w:r>
          </w:p>
        </w:tc>
        <w:tc>
          <w:tcPr>
            <w:tcW w:type="dxa" w:w="2880"/>
          </w:tcPr>
          <w:p>
            <w:r>
              <w:t>Компания открыла третий филиал за два года и увеличила штат с 8 до 25 человек</w:t>
            </w:r>
          </w:p>
        </w:tc>
        <w:tc>
          <w:tcPr>
            <w:tcW w:type="dxa" w:w="2880"/>
          </w:tcPr>
          <w:p>
            <w:r>
              <w:t>даты открытия, число сотрудников</w:t>
            </w:r>
          </w:p>
        </w:tc>
      </w:tr>
      <w:tr>
        <w:tc>
          <w:tcPr>
            <w:tcW w:type="dxa" w:w="2880"/>
          </w:tcPr>
          <w:p>
            <w:r>
              <w:t>Индивидуальный подход к каждому клиенту</w:t>
            </w:r>
          </w:p>
        </w:tc>
        <w:tc>
          <w:tcPr>
            <w:tcW w:type="dxa" w:w="2880"/>
          </w:tcPr>
          <w:p>
            <w:r>
              <w:t>Перед началом работы согласовываем техническое задание и назначаем одного менеджера на проект</w:t>
            </w:r>
          </w:p>
        </w:tc>
        <w:tc>
          <w:tcPr>
            <w:tcW w:type="dxa" w:w="2880"/>
          </w:tcPr>
          <w:p>
            <w:r>
              <w:t>этап процесса работы</w:t>
            </w:r>
          </w:p>
        </w:tc>
      </w:tr>
      <w:tr>
        <w:tc>
          <w:tcPr>
            <w:tcW w:type="dxa" w:w="2880"/>
          </w:tcPr>
          <w:p>
            <w:r>
              <w:t>Высокое качество услуг</w:t>
            </w:r>
          </w:p>
        </w:tc>
        <w:tc>
          <w:tcPr>
            <w:tcW w:type="dxa" w:w="2880"/>
          </w:tcPr>
          <w:p>
            <w:r>
              <w:t>Все работы проходят проверку по чек-листу из 12 пунктов перед сдачей клиенту</w:t>
            </w:r>
          </w:p>
        </w:tc>
        <w:tc>
          <w:tcPr>
            <w:tcW w:type="dxa" w:w="2880"/>
          </w:tcPr>
          <w:p>
            <w:r>
              <w:t>внутренний стандарт, число пунктов</w:t>
            </w:r>
          </w:p>
        </w:tc>
      </w:tr>
      <w:tr>
        <w:tc>
          <w:tcPr>
            <w:tcW w:type="dxa" w:w="2880"/>
          </w:tcPr>
          <w:p>
            <w:r>
              <w:t>Большой опыт работы</w:t>
            </w:r>
          </w:p>
        </w:tc>
        <w:tc>
          <w:tcPr>
            <w:tcW w:type="dxa" w:w="2880"/>
          </w:tcPr>
          <w:p>
            <w:r>
              <w:t>Компания на рынке с 2015 года, выполнено более 400 проектов</w:t>
            </w:r>
          </w:p>
        </w:tc>
        <w:tc>
          <w:tcPr>
            <w:tcW w:type="dxa" w:w="2880"/>
          </w:tcPr>
          <w:p>
            <w:r>
              <w:t>год основания, число проектов</w:t>
            </w:r>
          </w:p>
        </w:tc>
      </w:tr>
      <w:tr>
        <w:tc>
          <w:tcPr>
            <w:tcW w:type="dxa" w:w="2880"/>
          </w:tcPr>
          <w:p>
            <w:r>
              <w:t>Команда экспертов</w:t>
            </w:r>
          </w:p>
        </w:tc>
        <w:tc>
          <w:tcPr>
            <w:tcW w:type="dxa" w:w="2880"/>
          </w:tcPr>
          <w:p>
            <w:r>
              <w:t>В команде пять специалистов с опытом от 5 до 12 лет в своей области</w:t>
            </w:r>
          </w:p>
        </w:tc>
        <w:tc>
          <w:tcPr>
            <w:tcW w:type="dxa" w:w="2880"/>
          </w:tcPr>
          <w:p>
            <w:r>
              <w:t>число сотрудников, стаж</w:t>
            </w:r>
          </w:p>
        </w:tc>
      </w:tr>
      <w:tr>
        <w:tc>
          <w:tcPr>
            <w:tcW w:type="dxa" w:w="2880"/>
          </w:tcPr>
          <w:p>
            <w:r>
              <w:t>Клиенты нам доверяют</w:t>
            </w:r>
          </w:p>
        </w:tc>
        <w:tc>
          <w:tcPr>
            <w:tcW w:type="dxa" w:w="2880"/>
          </w:tcPr>
          <w:p>
            <w:r>
              <w:t>87% клиентов обращаются повторно, что подтверждают отзывы клиентов на карте организации</w:t>
            </w:r>
          </w:p>
        </w:tc>
        <w:tc>
          <w:tcPr>
            <w:tcW w:type="dxa" w:w="2880"/>
          </w:tcPr>
          <w:p>
            <w:r>
              <w:t>процент повторных обращений</w:t>
            </w:r>
          </w:p>
        </w:tc>
      </w:tr>
    </w:tbl>
    <w:p>
      <w:r>
        <w:t>Хороший пример текста строится не на прилагательных, а на цифрах и действиях. Компанию, которая выходит на новый рынок, описание компании подводит к сути через первый кейс, а не через обещания. Если компания новая и цифр пока мало, сделайте акцент на процессе работы, компетенциях основателя и первых кейсах — даже один подробный пример с реальным результатом убедительнее десяти общих фраз о качестве. Хороший текст легко проверить: каждое утверждение можно подтвердить цифрой, документом или ссылкой на отзыв, а не общей фразой про лидерство на рынке. Такой подход к тексту работает и для компании из одного человека, и для сети филиалов: разница только в масштабе цифр, которые можно показать. Тот же принцип применим к любому новому рынку, куда выходит бизнес: сначала факт, потом вывод.</w:t>
      </w:r>
    </w:p>
    <w:p>
      <w:pPr>
        <w:pStyle w:val="Heading1"/>
      </w:pPr>
      <w:r>
        <w:t>Ошибки, из-за которых раздел не работает</w:t>
      </w:r>
    </w:p>
    <w:p>
      <w:r>
        <w:t>Ошибки контента. Нет фактов — только эпитеты без цифр: вместо этого добавьте даты, объёмы, стаж. Нет ответа на вопрос потенциального клиента «почему я»: пропишите отличие от конкурента прямо текстом, а не намёком. Скопированный текст с сайта-донора: перепишите своими словами через интервью с сотрудниками — иначе поисковая система заметит дубликат.</w:t>
      </w:r>
    </w:p>
    <w:p>
      <w:r>
        <w:t>Ошибки подачи. Стоковые фотографии людей вместо реальной команды снижают доверие сильнее, чем их отсутствие: человек чувствует подмену на первой же фотографии, а слабый дизайн усиливает это впечатление. Сплошной текст без подзаголовков и списков читатель не дочитывает до конца. Мелкий шрифт и отсутствие структуры заставляют посетителя уйти со страницы за первые 8–10 секунд, даже если факты на ней хорошие.</w:t>
      </w:r>
    </w:p>
    <w:p>
      <w:r>
        <w:t>Ошибки взаимодействия. Нет призыва к действию в конце раздела — человек прочитал и не понял, что делать дальше. Контакты спрятаны только в футере мелким текстом. Нет ссылки на социальные сети, где можно проверить активность компании и убедиться, что бизнес работает сейчас, а не когда-то давно. Разбирая, какие ошибки компании допускают чаще всего, стоит держать перед глазами чек-лист блоков из этой статьи при редактировании готового раздела.</w:t>
      </w:r>
    </w:p>
    <w:p>
      <w:pPr>
        <w:pStyle w:val="Heading1"/>
      </w:pPr>
      <w:r>
        <w:t>Страница «О компании» и поисковое продвижение</w:t>
      </w:r>
    </w:p>
    <w:p>
      <w:r>
        <w:t>Для SEO страница о компании — не второстепенный раздел. Уникальный title с названием бренда и ключевым словом сферы деятельности, описание в meta description до 160 символов с упоминанием региона и услуг — минимум для базовой SEO-оптимизации. H1 должен содержать название бренда, а не общую фразу «О нас» без контекста. Грамотное SEO этого раздела помогает получить трафик по брендовым запросам без затрат на рекламу.</w:t>
      </w:r>
    </w:p>
    <w:p>
      <w:r>
        <w:t>Микроразметка Organization с полями name, address, telephone, sameAs помогает поисковым системах точнее собирать данные о бренде и показывать карточку компании в выдаче. Перелинковка на страницы услуг и контактов удерживает пользователя внутри сайта и распределяет вес страниц, а это тоже влияет на поведенческие факторы, которые учитывает seo-алгоритм. Alt-теги к фото команды и офиса — тоже часть текста, который может использовать поисковый робот для оценки страницы. Важно, чтобы факты о компании — адрес, телефон, историю компании и год основания — были написаны текстом, а не встроены только в изображение: так их видят и поисковые системы, и голосовые ассистенты. Регулярное обновление раздела новыми кейсами тоже стоит использовать как сигнал живого сайта для алгоритмов, а для SEO-статьи о бренде это даёт дополнительный повод для индексации, особенно если сервис публикации кейсов настроен на регулярной основе.</w:t>
      </w:r>
    </w:p>
    <w:p>
      <w:pPr>
        <w:pStyle w:val="Heading1"/>
      </w:pPr>
      <w:r>
        <w:t>Как оценить, работает ли страница, и что делать дальше</w:t>
      </w:r>
    </w:p>
    <w:p>
      <w:r>
        <w:t>Оценивайте страницу по метрикам: доля визитов на раздел от общего трафика сайта, среднее время на странице, глубина скролла, доля переходов с этой страницы в раздел услуг или на контакты, конверсия в заявку с учётом источника перехода. Некоторые сервисы веб-аналитики позволяют разложить эти данные по сегментам аудитории и увидеть, какой вид контента интересует посетителей больше.</w:t>
      </w:r>
    </w:p>
    <w:p>
      <w:r>
        <w:t>Чек-лист самопроверки:</w:t>
      </w:r>
    </w:p>
    <w:p>
      <w:pPr>
        <w:pStyle w:val="ListBullet"/>
      </w:pPr>
      <w:r>
        <w:t>указан год основания и ключевые цифры компании;</w:t>
      </w:r>
    </w:p>
    <w:p>
      <w:pPr>
        <w:pStyle w:val="ListBullet"/>
      </w:pPr>
      <w:r>
        <w:t>есть фото команды, а не стоковые изображения;</w:t>
      </w:r>
    </w:p>
    <w:p>
      <w:pPr>
        <w:pStyle w:val="ListBullet"/>
      </w:pPr>
      <w:r>
        <w:t>описаны три-четыре ценности компании с примерами;</w:t>
      </w:r>
    </w:p>
    <w:p>
      <w:pPr>
        <w:pStyle w:val="ListBullet"/>
      </w:pPr>
      <w:r>
        <w:t>есть минимум один кейс с измеримым результатом;</w:t>
      </w:r>
    </w:p>
    <w:p>
      <w:pPr>
        <w:pStyle w:val="ListBullet"/>
      </w:pPr>
      <w:r>
        <w:t>юридические данные совпадают на всех страницах сайта;</w:t>
      </w:r>
    </w:p>
    <w:p>
      <w:pPr>
        <w:pStyle w:val="ListBullet"/>
      </w:pPr>
      <w:r>
        <w:t>есть кнопка «оставить заявку» и понятный призыв к действию;</w:t>
      </w:r>
    </w:p>
    <w:p>
      <w:pPr>
        <w:pStyle w:val="ListBullet"/>
      </w:pPr>
      <w:r>
        <w:t>текст не содержит штампов без фактов;</w:t>
      </w:r>
    </w:p>
    <w:p>
      <w:pPr>
        <w:pStyle w:val="ListBullet"/>
      </w:pPr>
      <w:r>
        <w:t>заголовки разбивают текст на понятные блоки.</w:t>
      </w:r>
    </w:p>
    <w:p>
      <w:r>
        <w:t>Если после проверки часть пунктов не выполнена, следующим шагом соберите недостающие факты через интервью с сотрудниками и обновите раздел. Первый вариант текста редко бывает финальным: его дорабатывают уже после первых заявок, когда видно, какие вопросы потенциального клиента остались без ответа. Наш опыт показывает, что даже небольшая правка — добавленная цифра или фотография — может помочь увеличить конверсию раздела уже в первый месяц после публикации. Заказать аудит или переписать текст страницы о компании с учётом отрасли вашего бизнеса можно у агентство «Комета» — оставьте заявку через форму на сайте, и специалист свяжется в течение в течение рабочего дня. Весь процесс от заявки до готового текста наш специалист проводит на связи с заказчиком, предлагая варианты сотрудничества под бюджет и сроки.</w:t>
      </w:r>
    </w:p>
    <w:p>
      <w:pPr>
        <w:pStyle w:val="Heading1"/>
      </w:pPr>
      <w:r>
        <w:t>Частые вопросы о разделе «О компании»</w:t>
      </w:r>
    </w:p>
    <w:p>
      <w:pPr>
        <w:pStyle w:val="Heading2"/>
      </w:pPr>
      <w:r>
        <w:t>Что написать в разделе о компании?</w:t>
      </w:r>
    </w:p>
    <w:p>
      <w:r>
        <w:t>Краткое описание деятельности, историю компании с датами, состав команды, цифры и кейсы. Опишите процесс работы и добавьте документы, подтверждающие статус и квалификацию.</w:t>
      </w:r>
    </w:p>
    <w:p>
      <w:pPr>
        <w:pStyle w:val="Heading2"/>
      </w:pPr>
      <w:r>
        <w:t>Чем страница о компании отличается от главной и от контактов?</w:t>
      </w:r>
    </w:p>
    <w:p>
      <w:r>
        <w:t>Главная страница продаёт услугу здесь и сейчас, страница контактов даёт только реквизиты и адрес. Раздел о компании отвечает на вопрос «почему стоит доверять именно этой организации», раскрывая факты через историю и команду.</w:t>
      </w:r>
    </w:p>
    <w:p>
      <w:pPr>
        <w:pStyle w:val="Heading2"/>
      </w:pPr>
      <w:r>
        <w:t>Где можно найти готовый шаблон или пример страницы компании?</w:t>
      </w:r>
    </w:p>
    <w:p>
      <w:r>
        <w:t>Готовый шаблон можно собрать из перечня блоков в разделе выше: позиционирование, история, команда, цифры, кейсы, документы, контакты. Универсального образца для всех отраслей нет — структура адаптируется под другой бизнес и другой рынок.</w:t>
      </w:r>
    </w:p>
    <w:p>
      <w:pPr>
        <w:pStyle w:val="Heading2"/>
      </w:pPr>
      <w:r>
        <w:t>Сколько слов должно быть в тексте о компании и как часто его обновлять?</w:t>
      </w:r>
    </w:p>
    <w:p>
      <w:r>
        <w:t>Ориентир — от 300 до 800 слов, зависит от числа блоков и кейсов. Написать компании обновлённый вариант стоит не реже раза в год или при изменении команды, цифр и услуг — иначе краткое описание устареет быстрее самого сайта.</w:t>
      </w:r>
    </w:p>
    <w:p>
      <w:r>
        <w:t>Аркадий Зверев, генеральный директор агентства «Комета». В продвижении сайтов с 2008 года, более 300 проектов · 30 июня 2026</w:t>
      </w:r>
    </w:p>
    <w:p>
      <w:r>
        <w:t>Аркадий Зверев — генеральный директор агентства «Комета». В продвижении сайтов с 2008 года, более 300 проектов. Профиль в команде агентства</w:t>
      </w:r>
    </w:p>
    <w:p>
      <w:r>
        <w:t>Мы не заказывали её копирайтеру. Сервис снял выдачу по запросу, посчитал объём, структуру и нормы повторов по страницам ТОПа, собрал техническое задание и написал текст — тот, который вы сейчас прочитали. Показатели этой страницы: разобрано страниц ТОПа: 18 · объём текста: 1678 слов · релевантность выдаче: 88 из 100.</w:t>
      </w:r>
    </w:p>
    <w:p>
      <w:r>
        <w:t>Так же можно сделать страницу для своего сайта: от запроса до готового текста и вёрстки, без брифов и переписки с исполнителем.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