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Description — это метатег, который задаёт краткое описание содержания страницы для поисковых систем и людей. Этот мета-тег размещается в коде и напрямую формирует текст в поисковой выдаче под заголовком и адресом. Рабочая длина — 150–170 символов, при превышении текст обрежется. Метатег не влияет на позиции напрямую, но заметно меняет кликабельность сниппета. Поисковикам он служит подсказкой о теме страницы, а не сигналом ранжирования. Ниже — синтаксис, порядок заполнения, примеры и способы проверки, которые можно использовать для любого проекта.</w:t>
      </w:r>
    </w:p>
    <w:p>
      <w:pPr>
        <w:pStyle w:val="Heading1"/>
      </w:pPr>
      <w:r>
        <w:t>Что такое метатеги и где они находятся в коде страницы</w:t>
      </w:r>
    </w:p>
    <w:p>
      <w:r>
        <w:t>Метатеги — строки HTML внутри тега head, которые не видны посетителю сайта, но передают данные браузеру и поисковому роботу. Вот так выглядит этот мета-тег в реальном коде:</w:t>
      </w:r>
    </w:p>
    <w:p>
      <w:r>
        <w:t>&lt;head&gt;</w:t>
        <w:br/>
        <w:t xml:space="preserve">  &lt;meta charset="utf-8"&gt;</w:t>
        <w:br/>
        <w:t xml:space="preserve">  &lt;title&gt;Заголовок страницы&lt;/title&gt;</w:t>
        <w:br/>
        <w:t xml:space="preserve">  &lt;meta name="description" content="Краткое описание содержания страницы для поисковой выдачи"&gt;</w:t>
        <w:br/>
        <w:t xml:space="preserve">  &lt;meta name="author" content="Имя автора страницы"&gt;</w:t>
        <w:br/>
        <w:t>&lt;/head&gt;</w:t>
        <w:br/>
        <w:t>В строке head meta name description атрибут name указывает тип мета-тега, а другим атрибутом content задаётся сам текст. Кроме description в head встречаются keywords, robots, charset и viewport — каждый метатег отвечает за свою часть настройки страницы, но именно description формирует видимый пользователю фрагмент в выдаче. Похожим образом устроен и meta name author content: он не влияет на ранжирование, но содержит информацию об авторе материала для поискового робота. Такой набор строк даёт полную картину содержания документа без лишнего кода.</w:t>
      </w:r>
    </w:p>
    <w:p>
      <w:r>
        <w:t>По информации Компании Комета</w:t>
      </w:r>
    </w:p>
    <w:p>
      <w:pPr>
        <w:pStyle w:val="ListBullet"/>
      </w:pPr>
      <w:r>
        <w:t>по запросу «мета теги описание страницы» разобрано 17 страниц из ТОП-10 Яндекса и Google, медианный объём страницы — 1075 слов</w:t>
      </w:r>
    </w:p>
    <w:p>
      <w:pPr>
        <w:pStyle w:val="ListBullet"/>
      </w:pPr>
      <w:r>
        <w:t>у страниц выдачи в среднем 6 разделов, объём раздела — около 169 слов</w:t>
      </w:r>
    </w:p>
    <w:p>
      <w:pPr>
        <w:pStyle w:val="ListBullet"/>
      </w:pPr>
      <w:r>
        <w:t>числа и проверяемые факты встречаются у них в 10% предложений — ниже этой планки текст в ТОПе выглядит пустым</w:t>
      </w:r>
    </w:p>
    <w:p>
      <w:pPr>
        <w:pStyle w:val="ListBullet"/>
      </w:pPr>
      <w:r>
        <w:t>коммерческая составляющая темы — 8%: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ТЗшник снимает выдачу по запросу «мета теги описание страницы» — 17 страниц из ТОП-10 Яндекса и Google, считает медианный объём 1075 слов и структуру из 6 разделов, а затем сам пишет текст: разбирает, что такое метатеги, как заполнять описание и с какими тегами оно работает. Готовый материал получает релевантность 89 пунктов из 100. Человеку остаётся подставить примеры описаний из своей ниши, проверить формулировки под свой сайт и опубликовать страницу.</w:t>
      </w:r>
    </w:p>
    <w:p>
      <w:pPr>
        <w:pStyle w:val="Heading1"/>
      </w:pPr>
      <w:r>
        <w:t>Зачем нужно описание страницы и как оно попадает в сниппет</w:t>
      </w:r>
    </w:p>
    <w:p>
      <w:r>
        <w:t>У этого тега две задачи: не влиять напрямую на ранжирование и повышать кликабельность. Поисковая система берёт содержимое мета-тега description и вставляет в сниппет — блок из заголовка, url-адреса и текста под ним. Если description пустой, дублируется на нескольких страницах или не отвечает запросу пользователя, система заменяет его фрагментом текста со страницы, часто неудачным по смыслу и логике.</w:t>
      </w:r>
    </w:p>
    <w:p>
      <w:r>
        <w:t>Яндекс и Google по-разному часто показывают содержимое мета-тега description в поисковой выдаче: Google чаще подбирает фрагмент сам, если считает его более релевантным запросу, Яндекс тег description учитывает охотнее. Поэтому нельзя рассчитывать, что description краткое описание всегда попадёт в результат буквально — но задать его качественно всё равно нужно, иначе поисковый робот выберет случайный кусок без структуры для пользователя.</w:t>
      </w:r>
    </w:p>
    <w:p>
      <w:r>
        <w:t>Этот тег помогает пользователю быстрее понять, стоит ли открывать страницу, а поисковикам — связать запрос с содержанием документа. Именно поэтому description-описание должно отражать реальную суть страницы, а не общие слова, которые ничего не говорят о теме. Хороший результат в выдаче повышает долю кликов на 5–15% по сравнению со случайным фрагментом, который система вставляет сама.</w:t>
      </w:r>
    </w:p>
    <w:p>
      <w:pPr>
        <w:pStyle w:val="Heading1"/>
      </w:pPr>
      <w:r>
        <w:t>Как правильно заполнить описание страницы: требования и порядок работы</w:t>
      </w:r>
    </w:p>
    <w:p>
      <w:r>
        <w:t>Заполнять мета-тег description проще по фиксированному порядку из семи шагов.</w:t>
      </w:r>
    </w:p>
    <w:p>
      <w:pPr>
        <w:pStyle w:val="ListBullet"/>
      </w:pPr>
      <w:r>
        <w:t>Определить задачу страницы и основной запрос, под который она пишется.</w:t>
      </w:r>
    </w:p>
    <w:p>
      <w:pPr>
        <w:pStyle w:val="ListBullet"/>
      </w:pPr>
      <w:r>
        <w:t>Составить 1–2 предложения, кратко описывающих суть страницы своими словами.</w:t>
      </w:r>
    </w:p>
    <w:p>
      <w:pPr>
        <w:pStyle w:val="ListBullet"/>
      </w:pPr>
      <w:r>
        <w:t>Вписать ключевую фразу естественно, самое важное поставить в начало текста.</w:t>
      </w:r>
    </w:p>
    <w:p>
      <w:pPr>
        <w:pStyle w:val="ListBullet"/>
      </w:pPr>
      <w:r>
        <w:t>Уложиться в 150–170 символов: в Google description должен обрезаться примерно на 160 символах, на мобильных устройствах граница короче.</w:t>
      </w:r>
    </w:p>
    <w:p>
      <w:pPr>
        <w:pStyle w:val="ListBullet"/>
      </w:pPr>
      <w:r>
        <w:t>Добавить конкретику — цифру, условие, срок или отличие от других страниц.</w:t>
      </w:r>
    </w:p>
    <w:p>
      <w:pPr>
        <w:pStyle w:val="ListBullet"/>
      </w:pPr>
      <w:r>
        <w:t>Проверить уникальность описания по всему сайту, чтобы теги не повторялись.</w:t>
      </w:r>
    </w:p>
    <w:p>
      <w:pPr>
        <w:pStyle w:val="ListBullet"/>
      </w:pPr>
      <w:r>
        <w:t>Прописать готовый текст в head сайта вручную или через SEO-поле CMS.</w:t>
      </w:r>
    </w:p>
    <w:p>
      <w:r>
        <w:t>Для статьи блога можно использовать формулировку с ответом на вопрос запроса и обещанием конкретной пользы. Для карточки товара или категории интернет-магазина в description стоит указать модель, цену или наличие. Для главной страницы — суть услуги компании и её отличие от конкурентов по срокам или условиям.</w:t>
      </w:r>
    </w:p>
    <w:p>
      <w:r>
        <w:t>Есть и типичные ограничения: не стоит перечислять ключевые слова через запятую без связного текста, копировать первый абзац страницы целиком, ставить одинаковый текст на разных url, использовать лишние спецсимволы и капс — это выглядит как спам и снижает доверие пользователя к сниппету. Список ключевых слов, которые нужно вписать в description, лучше заранее собрать в отдельный документ и распределить по страницам без повторов. Самый частый провал — description, который содержит только перечень фраз без единой мысли; самый простой способ его избежать — писать сразу для человека, а не для робота.</w:t>
      </w:r>
    </w:p>
    <w:p>
      <w:pPr>
        <w:pStyle w:val="Heading1"/>
      </w:pPr>
      <w:r>
        <w:t>Примеры описаний: удачные, слабые и типичные ошибки</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Слабое описание</w:t>
            </w:r>
          </w:p>
        </w:tc>
        <w:tc>
          <w:tcPr>
            <w:tcW w:type="dxa" w:w="2880"/>
          </w:tcPr>
          <w:p>
            <w:r>
              <w:t>Почему плохо</w:t>
            </w:r>
          </w:p>
        </w:tc>
        <w:tc>
          <w:tcPr>
            <w:tcW w:type="dxa" w:w="2880"/>
          </w:tcPr>
          <w:p>
            <w:r>
              <w:t>Переписанный вариант</w:t>
            </w:r>
          </w:p>
        </w:tc>
      </w:tr>
      <w:tr>
        <w:tc>
          <w:tcPr>
            <w:tcW w:type="dxa" w:w="2880"/>
          </w:tcPr>
          <w:p>
            <w:r>
              <w:t>Купить окна, окна цена, окна пластиковые, окна дешево</w:t>
            </w:r>
          </w:p>
        </w:tc>
        <w:tc>
          <w:tcPr>
            <w:tcW w:type="dxa" w:w="2880"/>
          </w:tcPr>
          <w:p>
            <w:r>
              <w:t>Перечень ключевых слов без текста, читается как спам</w:t>
            </w:r>
          </w:p>
        </w:tc>
        <w:tc>
          <w:tcPr>
            <w:tcW w:type="dxa" w:w="2880"/>
          </w:tcPr>
          <w:p>
            <w:r>
              <w:t>Пластиковые окна с установкой за один день, гарантия на монтаж 3 года (98 символов)</w:t>
            </w:r>
          </w:p>
        </w:tc>
      </w:tr>
      <w:tr>
        <w:tc>
          <w:tcPr>
            <w:tcW w:type="dxa" w:w="2880"/>
          </w:tcPr>
          <w:p>
            <w:r>
              <w:t>Длинный текст на 320 символов о компании, истории, миссии и всех услугах сразу</w:t>
            </w:r>
          </w:p>
        </w:tc>
        <w:tc>
          <w:tcPr>
            <w:tcW w:type="dxa" w:w="2880"/>
          </w:tcPr>
          <w:p>
            <w:r>
              <w:t>Обрезается поисковой системой на середине мысли</w:t>
            </w:r>
          </w:p>
        </w:tc>
        <w:tc>
          <w:tcPr>
            <w:tcW w:type="dxa" w:w="2880"/>
          </w:tcPr>
          <w:p>
            <w:r>
              <w:t>Ремонт квартир под ключ: смета за 1 день, материалы включены в стоимость (78 символов)</w:t>
            </w:r>
          </w:p>
        </w:tc>
      </w:tr>
      <w:tr>
        <w:tc>
          <w:tcPr>
            <w:tcW w:type="dxa" w:w="2880"/>
          </w:tcPr>
          <w:p>
            <w:r>
              <w:t>Одинаковый текст на всех карточках товара интернет-магазина</w:t>
            </w:r>
          </w:p>
        </w:tc>
        <w:tc>
          <w:tcPr>
            <w:tcW w:type="dxa" w:w="2880"/>
          </w:tcPr>
          <w:p>
            <w:r>
              <w:t>Дубли description мешают отличить страницы друг от друга в выдаче</w:t>
            </w:r>
          </w:p>
        </w:tc>
        <w:tc>
          <w:tcPr>
            <w:tcW w:type="dxa" w:w="2880"/>
          </w:tcPr>
          <w:p>
            <w:r>
              <w:t>Диван Loft, ткань рогожка, 3 цвета, доставка по Москве (68 символов)</w:t>
            </w:r>
          </w:p>
        </w:tc>
      </w:tr>
      <w:tr>
        <w:tc>
          <w:tcPr>
            <w:tcW w:type="dxa" w:w="2880"/>
          </w:tcPr>
          <w:p>
            <w:r>
              <w:t>Пустое поле description</w:t>
            </w:r>
          </w:p>
        </w:tc>
        <w:tc>
          <w:tcPr>
            <w:tcW w:type="dxa" w:w="2880"/>
          </w:tcPr>
          <w:p>
            <w:r>
              <w:t>Система сама вырезает случайный фрагмент контента страницы</w:t>
            </w:r>
          </w:p>
        </w:tc>
        <w:tc>
          <w:tcPr>
            <w:tcW w:type="dxa" w:w="2880"/>
          </w:tcPr>
          <w:p>
            <w:r>
              <w:t>Заполненный текст с сутью страницы и ключевой фразой (60–90 символов)</w:t>
            </w:r>
          </w:p>
        </w:tc>
      </w:tr>
    </w:tbl>
    <w:p>
      <w:r>
        <w:t>Ещё одна частая ошибка — description и title совпадают дословно с заголовком H1 страницы. Такое дублирование не даёт пользователю новой информации при переходе на один из результатов выдачи. Хороший пример строится на одной теме без лишних деталей: одна выгода, один факт, одно предложение к действию. Плохой пример пытается охватить весь контент страницы сразу, из-за чего теряется главная мысль и заголовок перестаёт соотноситься с текстом под ним.</w:t>
      </w:r>
    </w:p>
    <w:p>
      <w:pPr>
        <w:pStyle w:val="Heading1"/>
      </w:pPr>
      <w:r>
        <w:t>Какие теги работают вместе с описанием: title, keywords, robots</w:t>
      </w:r>
    </w:p>
    <w:p>
      <w:pPr>
        <w:pStyle w:val="ListBullet"/>
      </w:pPr>
      <w:r>
        <w:t>Title — заголовок страницы, оптимальная длина 50–70 символов, показывается в выдаче как ссылка. Title, description и H1 не должны совпадать дословно, иначе теряется смысл дублирования разных элементов. Тегами title и description формируется весь видимый блок сниппета.</w:t>
      </w:r>
    </w:p>
    <w:p>
      <w:pPr>
        <w:pStyle w:val="ListBullet"/>
      </w:pPr>
      <w:r>
        <w:t>Keywords — мета-тег name keywords content с перечнем ключевых фраз, устарел: Google его не учитывает при ранжировании для SEO, а избыток слов внутри name keywords content может восприниматься как переспам.</w:t>
      </w:r>
    </w:p>
    <w:p>
      <w:pPr>
        <w:pStyle w:val="ListBullet"/>
      </w:pPr>
      <w:r>
        <w:t>Robots — управляет индексированием, значения index/noindex, follow/nofollow.</w:t>
      </w:r>
    </w:p>
    <w:p>
      <w:pPr>
        <w:pStyle w:val="ListBullet"/>
      </w:pPr>
      <w:r>
        <w:t>Canonical — указывает основную версию страницы при дублях контента.</w:t>
      </w:r>
    </w:p>
    <w:p>
      <w:pPr>
        <w:pStyle w:val="ListBullet"/>
      </w:pPr>
      <w:r>
        <w:t>Charset и viewport — техническая настройка кодировки и отображения на устройствах.</w:t>
      </w:r>
    </w:p>
    <w:p>
      <w:r>
        <w:t>Отдельно встречается мета-тег http-equiv refresh content — устаревший способ автоматического обновления или переадресации страницы, сейчас для этого чаще используют серверные редиректы через атрибут http-equiv. Все метатеги, которые перечислены выше, размещаются внутри head meta и не отображаются пользователю напрямую, кроме заголовка title и текста description в выдаче. Каждый из этих элементов задаёт роботу отдельную часть настройки: title указывает название документа, description — суть, robots — правила индексации.</w:t>
      </w:r>
    </w:p>
    <w:p>
      <w:pPr>
        <w:pStyle w:val="Heading1"/>
      </w:pPr>
      <w:r>
        <w:t>Как посмотреть и проверить описание страницы</w:t>
      </w:r>
    </w:p>
    <w:p>
      <w:r>
        <w:t>Проверить, что попало в код head, можно несколькими способами.</w:t>
      </w:r>
    </w:p>
    <w:p>
      <w:pPr>
        <w:pStyle w:val="ListBullet"/>
      </w:pPr>
      <w:r>
        <w:t>Открыть исходный код страницы через Ctrl+U и найти по слову description в тексте кода — это первый и самый быстрый способ.</w:t>
      </w:r>
    </w:p>
    <w:p>
      <w:pPr>
        <w:pStyle w:val="ListBullet"/>
      </w:pPr>
      <w:r>
        <w:t>Установить расширение браузера, которое показывает мета-теги на панели одним кликом.</w:t>
      </w:r>
    </w:p>
    <w:p>
      <w:pPr>
        <w:pStyle w:val="ListBullet"/>
      </w:pPr>
      <w:r>
        <w:t>Запустить краулер по всему сайту — этот инструмент находит пустые и повторяющиеся description сразу по всем страницам.</w:t>
      </w:r>
    </w:p>
    <w:p>
      <w:pPr>
        <w:pStyle w:val="ListBullet"/>
      </w:pPr>
      <w:r>
        <w:t>Посмотреть вид сниппета в панели вебмастера Яндекса или Google Search Console с помощью встроенного инструмента проверки.</w:t>
      </w:r>
    </w:p>
    <w:p>
      <w:r>
        <w:t>Есть и другой инструмент — сторонние сервисы, которые бесплатно проверяют длину и уникальность description по всему домену, включая ru-домены. Первый шаг перед любой правкой — выгрузить список текущих тегов через такой сервис и найти дубли. Чек-лист перед публикацией: длина 150–170 символов, уникальный текст, ключевая фраза в начале, нет совпадения с title и H1.</w:t>
      </w:r>
    </w:p>
    <w:p>
      <w:pPr>
        <w:pStyle w:val="Heading1"/>
      </w:pPr>
      <w:r>
        <w:t>Частые вопросы про описание страницы</w:t>
      </w:r>
    </w:p>
    <w:p>
      <w:pPr>
        <w:pStyle w:val="Heading2"/>
      </w:pPr>
      <w:r>
        <w:t>Как правильно заполнить мета-тег description?</w:t>
      </w:r>
    </w:p>
    <w:p>
      <w:r>
        <w:t>Нужно написать description — краткое описание сути страницы длиной 150–170 символов, вписать ключевую фразу в начало и добавить конкретную деталь — цифру, срок или условие. Текст должен быть уникальным для каждого url и не повторять title.</w:t>
      </w:r>
    </w:p>
    <w:p>
      <w:pPr>
        <w:pStyle w:val="Heading2"/>
      </w:pPr>
      <w:r>
        <w:t>Что такое мета-теги простыми словами?</w:t>
      </w:r>
    </w:p>
    <w:p>
      <w:r>
        <w:t>Мета-теги — служебные строки в head документа, которые не видны на странице, но содержат для поисковика и браузера данные о содержании, кодировке и правилах индексирования. Description — один из таких мета-тегов, отвечающий за текст в выдаче, и именно он может быть ключевым фактором клика.</w:t>
      </w:r>
    </w:p>
    <w:p>
      <w:pPr>
        <w:pStyle w:val="Heading2"/>
      </w:pPr>
      <w:r>
        <w:t>Что писать в SEO описание страницы?</w:t>
      </w:r>
    </w:p>
    <w:p>
      <w:r>
        <w:t>В SEO-описании стоит писать краткое описание сути страницы с ключевой фразой и конкретной пользой для читателя: что он получит, какие условия или отличия есть у страницы. Такое описание должно быть коротким и ясным, без общих фраз, которые не несут смысла — это важный принцип оптимизации и продвижения любой страницы .ru.</w:t>
      </w:r>
    </w:p>
    <w:p>
      <w:pPr>
        <w:pStyle w:val="Heading2"/>
      </w:pPr>
      <w:r>
        <w:t>Почему мета теги описание страницы не отображается в выдаче?</w:t>
      </w:r>
    </w:p>
    <w:p>
      <w:r>
        <w:t>Поисковая система может заменить содержимое description собственным фрагментом текста, если сочтёт его более точным ответом на запрос пользователя. Так часто бывает, когда description пустой, дублируется на других страницах или не связан с темой запроса. В этом случае помогает переработка текста с учётом реального содержания страницы, что важно для продвижения сайта и повышения его позиций.</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17 · объём текста: 942 слов · релевантность выдаче: 89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