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Ключевые слова — это слова и словосочетания, которые несут основной смысл текста и держат на себе всё его содержание. Их находят двумя способами: на уроках русского языка, чтобы составить план или пересказ, и в интернет-продвижении, чтобы текст с ключевым словом мог показываться по нужным поисковым запросам. Например, в предложении «Кошка поймала мышь во дворе» ключевыми словами будут «кошка», «поймала», «мышь». Другими словами, такое понятие ключевых слов работает и в школьной тетради, и в статье для сайта — суть у него одна: выделить главное среди второстепенного в словах текста, которые несут содержание.</w:t>
      </w:r>
    </w:p>
    <w:p>
      <w:pPr>
        <w:pStyle w:val="Heading1"/>
      </w:pPr>
      <w:r>
        <w:t>Два значения термина: опорные слова и поисковые ключи</w:t>
      </w:r>
    </w:p>
    <w:p>
      <w:r>
        <w:t>В русском языке ключевые слова помогают понять тему абзаца и построить план текста. В интернет-продвижении под тем же термином понимают запросы, которые пользователь вводит в поисковой строке. Оба значения связаны: и там, и там задача — найти самые важные единицы среди слов, которыми пользуются авторы для передачи мысли. Ниже сравнение двух подходов, которое может помочь выбрать нужный набор слов для вашей задачи.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Опорные слова (школа, работа с текстом)</w:t>
            </w:r>
          </w:p>
        </w:tc>
        <w:tc>
          <w:tcPr>
            <w:tcW w:type="dxa" w:w="4320"/>
          </w:tcPr>
          <w:p>
            <w:r>
              <w:t>Поисковые ключи (SEO)</w:t>
            </w:r>
          </w:p>
        </w:tc>
      </w:tr>
      <w:tr>
        <w:tc>
          <w:tcPr>
            <w:tcW w:type="dxa" w:w="4320"/>
          </w:tcPr>
          <w:p>
            <w:r>
              <w:t>Определение: слова и фразы, отражающие тему абзаца или предложения</w:t>
            </w:r>
          </w:p>
        </w:tc>
        <w:tc>
          <w:tcPr>
            <w:tcW w:type="dxa" w:w="4320"/>
          </w:tcPr>
          <w:p>
            <w:r>
              <w:t>Определение: запросы, по которым пользователи ищут информацию через поисковые системы</w:t>
            </w:r>
          </w:p>
        </w:tc>
      </w:tr>
      <w:tr>
        <w:tc>
          <w:tcPr>
            <w:tcW w:type="dxa" w:w="4320"/>
          </w:tcPr>
          <w:p>
            <w:r>
              <w:t>Зачем нужны: составить план, пересказ, конспект, быстро вспомнить главное</w:t>
            </w:r>
          </w:p>
        </w:tc>
        <w:tc>
          <w:tcPr>
            <w:tcW w:type="dxa" w:w="4320"/>
          </w:tcPr>
          <w:p>
            <w:r>
              <w:t>Зачем нужны: чтобы статья появилась в выдаче по нужной теме и её нашла целевая аудитория</w:t>
            </w:r>
          </w:p>
        </w:tc>
      </w:tr>
      <w:tr>
        <w:tc>
          <w:tcPr>
            <w:tcW w:type="dxa" w:w="4320"/>
          </w:tcPr>
          <w:p>
            <w:r>
              <w:t>Как отбирают: вручную, по смыслу предложения, часто подчёркиванием или маркером</w:t>
            </w:r>
          </w:p>
        </w:tc>
        <w:tc>
          <w:tcPr>
            <w:tcW w:type="dxa" w:w="4320"/>
          </w:tcPr>
          <w:p>
            <w:r>
              <w:t>Как отбирают: через сервис статистики запросов, анализ конкурентов, частотность</w:t>
            </w:r>
          </w:p>
        </w:tc>
      </w:tr>
      <w:tr>
        <w:tc>
          <w:tcPr>
            <w:tcW w:type="dxa" w:w="4320"/>
          </w:tcPr>
          <w:p>
            <w:r>
              <w:t>Где используют: тетради, конспекты, доклады, пересказы на уроке</w:t>
            </w:r>
          </w:p>
        </w:tc>
        <w:tc>
          <w:tcPr>
            <w:tcW w:type="dxa" w:w="4320"/>
          </w:tcPr>
          <w:p>
            <w:r>
              <w:t>Где используют: заголовки, тело статьи, description, реклама, подписи к изображениям</w:t>
            </w:r>
          </w:p>
        </w:tc>
      </w:tr>
    </w:tbl>
    <w:p>
      <w:r>
        <w:t>Разница видна и в языке описания: в школе говорят «опорные слова в словах текста», в SEO — «ключевые слова». Цель у обеих версий общая — выделить то, без чего текст рассыпается на отдельные фразы без связи между собой.</w:t>
      </w:r>
    </w:p>
    <w:p>
      <w:r>
        <w:t>По информации Компании Комета</w:t>
      </w:r>
    </w:p>
    <w:p>
      <w:pPr>
        <w:pStyle w:val="ListBullet"/>
      </w:pPr>
      <w:r>
        <w:t>по запросу «ключевые слова в тексте» разобрано 13 страниц из ТОП-10 Яндекса и Google, медианный объём страницы — 1351 слов</w:t>
      </w:r>
    </w:p>
    <w:p>
      <w:pPr>
        <w:pStyle w:val="ListBullet"/>
      </w:pPr>
      <w:r>
        <w:t>у страниц выдачи в среднем 5 разделов, объём раздела — около 270 слов</w:t>
      </w:r>
    </w:p>
    <w:p>
      <w:pPr>
        <w:pStyle w:val="ListBullet"/>
      </w:pPr>
      <w:r>
        <w:t>числа и проверяемые факты встречаются у них в 8%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8%: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Для запроса «ключевые слова в тексте» ТЗшник разобрал 13 страниц выдачи Яндекса и Google, увидел, что в ТОПе разделов пять и в среднем по 270 слов в каждом, и на основе этого написал готовый текст на 1193 слова с релевантностью 91 из 100 — с двумя значениями термина, алгоритмом выделения слов и разбором примеров. Человеку остаётся подставить свои формулировки и примеры из практики, проверить точность терминов и опубликовать статью.</w:t>
      </w:r>
    </w:p>
    <w:p>
      <w:pPr>
        <w:pStyle w:val="Heading1"/>
      </w:pPr>
      <w:r>
        <w:t>Как найти и выделить ключевые слова в тексте: алгоритм</w:t>
      </w:r>
    </w:p>
    <w:p>
      <w:r>
        <w:t>Чтобы найти ключевые слова текста без лишних усилий, можно пройти шесть проверяемых шагов. Каждый шаг занимает немного времени, но вместе они дают точный список слов по теме и помогают получить нужный результат быстрее.</w:t>
      </w:r>
    </w:p>
    <w:p>
      <w:pPr>
        <w:pStyle w:val="ListBullet"/>
      </w:pPr>
      <w:r>
        <w:t>Прочитать текст целиком один раз, не отвлекаясь на детали, — результат: понятна общая тема.</w:t>
      </w:r>
    </w:p>
    <w:p>
      <w:pPr>
        <w:pStyle w:val="ListBullet"/>
      </w:pPr>
      <w:r>
        <w:t>Разбить текст на абзацы или предложения и в каждом найти, о чём идёт речь, — результат: список тем по частям.</w:t>
      </w:r>
    </w:p>
    <w:p>
      <w:pPr>
        <w:pStyle w:val="ListBullet"/>
      </w:pPr>
      <w:r>
        <w:t>В каждой части подчеркнуть слова, без которых предложение теряет смысл, — результат: 3–7 слов на абзац.</w:t>
      </w:r>
    </w:p>
    <w:p>
      <w:pPr>
        <w:pStyle w:val="ListBullet"/>
      </w:pPr>
      <w:r>
        <w:t>Убрать вспомогательные слова: предлоги, союзы, местоимения — они редко бывают ключевыми.</w:t>
      </w:r>
    </w:p>
    <w:p>
      <w:pPr>
        <w:pStyle w:val="ListBullet"/>
      </w:pPr>
      <w:r>
        <w:t>Проверить, что оставшиеся слова самые важные и повторяются или явно связаны с темой, — результат: итоговый список из 5–10 слов на текст объёмом 1000 знаков.</w:t>
      </w:r>
    </w:p>
    <w:p>
      <w:pPr>
        <w:pStyle w:val="ListBullet"/>
      </w:pPr>
      <w:r>
        <w:t>Составить план или список фраз для пересказа, используя только отобранные слова.</w:t>
      </w:r>
    </w:p>
    <w:p>
      <w:r>
        <w:t>Отдельно стоит сказать про технический поиск слова в готовом документе. В текстовом редакторе сочетание Ctrl+F открывает строку поиска и подсвечивает все совпадения по документу, что удобно, если нужно проверить, сколько раз встречается конкретное слово. Такая проверка нужна, если текст необходимо очистить от повторов. В браузере то же сочетание работает похоже: оно ищет слово на открытой странице и показывает количество найденных вхождений. Этот приём экономит время при проверке текста на переспам или при поиске нужного термина в объёмном материале, а также может помочь собрать нужную информацию о плотности слов быстрее, чем чтение вручную. Важно помнить, что автоматический подсчёт не заменяет проверку смысла — программа считает совпадения, а не оценивает, насколько уместны самые важные слова в конкретном предложении.</w:t>
      </w:r>
    </w:p>
    <w:p>
      <w:pPr>
        <w:pStyle w:val="Heading1"/>
      </w:pPr>
      <w:r>
        <w:t>Примеры: разбираем текст и подчёркиваем ключевые слова</w:t>
      </w:r>
    </w:p>
    <w:p>
      <w:r>
        <w:t>Школьный текст: «Осенью листья на деревьях желтеют и опадают. Птицы собираются в стаи и улетают на юг. Природа готовится к зиме». Ключевые слова здесь: «осень», «листья», «желтеют», «птицы», «улетают», «зима». Слова «на», «и», «к» не входят в список — они не несут отдельного смысла, а только соединяют части предложения. План из трёх пунктов: 1) изменения растений осенью; 2) поведение птиц перед холодами; 3) подготовка природы к зиме.</w:t>
      </w:r>
    </w:p>
    <w:p>
      <w:r>
        <w:t>Фрагмент статьи для сайта: «Ремонт стиральных машин на дому выполняют мастера с опытом от 3 лет. Диагностика длится 20–30 минут, выезд по городу — в течение двух часов». Ключевые слова тут: «ремонт стиральных машин», «на дому», «диагностика», «выезд». Слова «от», «длится», «по городу» остались вне списка: они уточняют детали, но не определяют тему абзаца. В обоих примерах видно правило: в список попадают существительные и глаголы, задающие содержание текста, знаки препинания просто разделяют мысли, внутри которых эти слова находятся. По этому же принципу можно разобрать любую статью и получить список фраз для плана или для продвижения.</w:t>
      </w:r>
    </w:p>
    <w:p>
      <w:pPr>
        <w:pStyle w:val="Heading1"/>
      </w:pPr>
      <w:r>
        <w:t>Ключевые слова в SEO: виды, частотность и вхождения</w:t>
      </w:r>
    </w:p>
    <w:p>
      <w:r>
        <w:t>По частотности запросы делят на три группы. Высокочастотные — от 10 000 показов в месяц и выше, обычно короткие и общие, например «ремонт квартир». Среднечастотные — от 1000 до 10 000 показов, более конкретные. Низкочастотные — до 1000 показов, часто это длинные фразы из 4–7 слов с уточнением региона или условия. По цели запросы делятся на информационные (пользователь ищет ответ или знания), навигационные (ищет конкретный сайт) и коммерческие (готов заказать услугу или купить товар). Ключевые слова, виды которых перечислены выше, комбинируют в одной статье, чтобы охватить разные этапы интереса пользователя и учитывать разный тип запроса.</w:t>
      </w:r>
    </w:p>
    <w:p>
      <w:r>
        <w:t>Отдельная классификация — вхождение ключевых слов в текст. Разберём на сквозной фразе «купить кухонный гарнитур».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Вид вхождения</w:t>
            </w:r>
          </w:p>
        </w:tc>
        <w:tc>
          <w:tcPr>
            <w:tcW w:type="dxa" w:w="4320"/>
          </w:tcPr>
          <w:p>
            <w:r>
              <w:t>Пример в тексте</w:t>
            </w:r>
          </w:p>
        </w:tc>
      </w:tr>
      <w:tr>
        <w:tc>
          <w:tcPr>
            <w:tcW w:type="dxa" w:w="4320"/>
          </w:tcPr>
          <w:p>
            <w:r>
              <w:t>Точное вхождение</w:t>
            </w:r>
          </w:p>
        </w:tc>
        <w:tc>
          <w:tcPr>
            <w:tcW w:type="dxa" w:w="4320"/>
          </w:tcPr>
          <w:p>
            <w:r>
              <w:t>«купить кухонный гарнитур» — фраза без изменений</w:t>
            </w:r>
          </w:p>
        </w:tc>
      </w:tr>
      <w:tr>
        <w:tc>
          <w:tcPr>
            <w:tcW w:type="dxa" w:w="4320"/>
          </w:tcPr>
          <w:p>
            <w:r>
              <w:t>Прямое вхождение</w:t>
            </w:r>
          </w:p>
        </w:tc>
        <w:tc>
          <w:tcPr>
            <w:tcW w:type="dxa" w:w="4320"/>
          </w:tcPr>
          <w:p>
            <w:r>
              <w:t>«хочу купить кухонный гарнитур недорого» — фраза целиком внутри предложения</w:t>
            </w:r>
          </w:p>
        </w:tc>
      </w:tr>
      <w:tr>
        <w:tc>
          <w:tcPr>
            <w:tcW w:type="dxa" w:w="4320"/>
          </w:tcPr>
          <w:p>
            <w:r>
              <w:t>Разбавленное вхождение</w:t>
            </w:r>
          </w:p>
        </w:tc>
        <w:tc>
          <w:tcPr>
            <w:tcW w:type="dxa" w:w="4320"/>
          </w:tcPr>
          <w:p>
            <w:r>
              <w:t>«купить качественный кухонный мебельный гарнитур» — между словами фразы стоят другие слова</w:t>
            </w:r>
          </w:p>
        </w:tc>
      </w:tr>
      <w:tr>
        <w:tc>
          <w:tcPr>
            <w:tcW w:type="dxa" w:w="4320"/>
          </w:tcPr>
          <w:p>
            <w:r>
              <w:t>Морфологическое вхождение</w:t>
            </w:r>
          </w:p>
        </w:tc>
        <w:tc>
          <w:tcPr>
            <w:tcW w:type="dxa" w:w="4320"/>
          </w:tcPr>
          <w:p>
            <w:r>
              <w:t>«покупка кухонных гарнитуров» — слова изменены по форме и падежу</w:t>
            </w:r>
          </w:p>
        </w:tc>
      </w:tr>
      <w:tr>
        <w:tc>
          <w:tcPr>
            <w:tcW w:type="dxa" w:w="4320"/>
          </w:tcPr>
          <w:p>
            <w:r>
              <w:t>Синонимическое вхождение</w:t>
            </w:r>
          </w:p>
        </w:tc>
        <w:tc>
          <w:tcPr>
            <w:tcW w:type="dxa" w:w="4320"/>
          </w:tcPr>
          <w:p>
            <w:r>
              <w:t>«заказать кухонную мебель» — в тексте используют синонимы вместо исходных слов фразы</w:t>
            </w:r>
          </w:p>
        </w:tc>
      </w:tr>
    </w:tbl>
    <w:p>
      <w:r>
        <w:t>На практике в одной статье сочетают разные вхождения ключевых слов: точное и прямое ставят в заголовок и первый абзац, разбавленное и синонимическое — в остальной текст, чтобы содержание читалось естественно для целевой аудитории, а не как список ключевых фраз, вставленных механически. Услуга или товар, под который пишется статья, определяет, какие поисковые запросы окажутся приоритетными: для коммерческой услуги важны фразы с «купить» и «заказать», для информационной — с «как» и «почему».</w:t>
      </w:r>
    </w:p>
    <w:p>
      <w:pPr>
        <w:pStyle w:val="Heading1"/>
      </w:pPr>
      <w:r>
        <w:t>Как подобрать ключевые слова и вписать их в статью</w:t>
      </w:r>
    </w:p>
    <w:p>
      <w:r>
        <w:t>Подбор ключевых слов для статьи начинается со сбора запросов. Автор собирает базовые фразы по теме через сервис статистики запросов, затем расширяет список синонимами и уточнениями — так проще выбрать ключевые слова, которые помогут статье попасть в выдачу. Дальше идёт чистка: убирают минус-слова, не связанные с темой, дубли и запросы с нулевой частотностью. Оставшиеся фразы группируют — так собирают семантическое ядро: кластеры запросов со схожим смыслом распределяют по разделам вашего текста, учитывая структуру всей страницы.</w:t>
      </w:r>
    </w:p>
    <w:p>
      <w:r>
        <w:t>Правила вписывания простые, но их нарушают чаще всего. Главный ключ ставят в H1 и в первый абзац — так поисковая система быстрее понимает тему страницы. Фразы склоняют под грамматику предложения, а не вставляют в исходном виде. Длинные фразы из 4–6 слов разбивают знаками препинания или служебными словами, чтобы предложение осталось читаемым. Использовать ключевые слова нужно с плотностью около 2–4% от общего объёма — при 1000 словах это 20–40 упоминаний основной и связанных фраз, включая словоформы. Автор статьи должен проверять итог сам: автоматическая проверка данных не заменяет чтения вслух, а хороший результат может дать только внимательное чтение своей же работы.</w:t>
      </w:r>
    </w:p>
    <w:p>
      <w:r>
        <w:t>Кроме тела статьи ключи размещают в title, description, подписях к изображениям и публикациях в социальных сетях — там они помогают пользователю быстрее понять содержание материала до перехода на страницу. Для черновой подборки фраз и проверки частотности используют инструменты на базе искусственного интеллекта: они анализируют текст конкурентов и предлагают список подходящих слов, но финальную проверку данные всегда проходят через автора — сервис не заменяет здравую оценку смысла. Результат такой работы — статья, где ключевые слова, ключевые фразы и обычная речь соединены без искусственных вставок. Такой результат может стать хорошей основой для дальнейшего продвижения сайта в любой нише.</w:t>
      </w:r>
    </w:p>
    <w:p>
      <w:pPr>
        <w:pStyle w:val="Heading1"/>
      </w:pPr>
      <w:r>
        <w:t>Ошибки и чек-лист проверки текста</w:t>
      </w:r>
    </w:p>
    <w:p>
      <w:r>
        <w:t>Частая ошибка — переспам, когда одно и то же слово повторяется в каждом втором предложении и ломает содержание текста. Вторая ошибка — дословная вставка фразы без склонения: «купить кухонный гарнитур» в родительном падеже читается коряво. Третья — ключевые слова вписаны в ущерб смыслу, предложение существует только для счётчика. Четвёртая — игнорируют синонимы, из-за чего количество повторов одних и тех же слов может резко возрасти, а текст выглядит как список слов, ключевые слова которых потеряли связь друг с другом. Важно проверять текст сразу после написания, а не откладывать проверку на потом.</w:t>
      </w:r>
    </w:p>
    <w:p>
      <w:pPr>
        <w:pStyle w:val="ListBullet"/>
      </w:pPr>
      <w:r>
        <w:t>Прочитать текст вслух — если фразы спотыкаются, значит слова были вставлены искусственно.</w:t>
      </w:r>
    </w:p>
    <w:p>
      <w:pPr>
        <w:pStyle w:val="ListBullet"/>
      </w:pPr>
      <w:r>
        <w:t>Проверить плотность основного запроса — она должна укладываться в 2–4% от общего объёма.</w:t>
      </w:r>
    </w:p>
    <w:p>
      <w:pPr>
        <w:pStyle w:val="ListBullet"/>
      </w:pPr>
      <w:r>
        <w:t>Найти повторы через Ctrl+F и оценить их количество на странице.</w:t>
      </w:r>
    </w:p>
    <w:p>
      <w:pPr>
        <w:pStyle w:val="ListBullet"/>
      </w:pPr>
      <w:r>
        <w:t>Проверить склонение всех вставленных фраз по правилам грамматики.</w:t>
      </w:r>
    </w:p>
    <w:p>
      <w:pPr>
        <w:pStyle w:val="ListBullet"/>
      </w:pPr>
      <w:r>
        <w:t>Убедиться, что главный ключ есть в заголовке и первом абзаце.</w:t>
      </w:r>
    </w:p>
    <w:p>
      <w:pPr>
        <w:pStyle w:val="ListBullet"/>
      </w:pPr>
      <w:r>
        <w:t>Добавить синонимы там, где фраза повторяется больше трёх раз подряд.</w:t>
      </w:r>
    </w:p>
    <w:p>
      <w:pPr>
        <w:pStyle w:val="Heading1"/>
      </w:pPr>
      <w:r>
        <w:t>Частые вопросы о ключевых словах в тексте</w:t>
      </w:r>
    </w:p>
    <w:p>
      <w:pPr>
        <w:pStyle w:val="Heading2"/>
      </w:pPr>
      <w:r>
        <w:t>Как находить ключевые слова в тексте?</w:t>
      </w:r>
    </w:p>
    <w:p>
      <w:r>
        <w:t>Текст читают целиком, делят на смысловые части и в каждой ищут слова, которые нельзя убрать без потери содержания. Обычно это существительные и глаголы, реже — прилагательные. Вспомогательные слова — предлоги, союзы, частицы — из списка убирают, они не несут самостоятельного смысла.</w:t>
      </w:r>
    </w:p>
    <w:p>
      <w:pPr>
        <w:pStyle w:val="Heading2"/>
      </w:pPr>
      <w:r>
        <w:t>Что такое ключевые слова в тексте?</w:t>
      </w:r>
    </w:p>
    <w:p>
      <w:r>
        <w:t>Это слова и фразы, которые отражают тему и суть материала. В русском языке они помогают составить план или пересказ, в поисковой оптимизации — совпадают с запросами, по которым пользователь ищет информацию. Понятие одно, применение — разное для каждого случая.</w:t>
      </w:r>
    </w:p>
    <w:p>
      <w:pPr>
        <w:pStyle w:val="Heading2"/>
      </w:pPr>
      <w:r>
        <w:t>Как правильно писать ключевые слова?</w:t>
      </w:r>
    </w:p>
    <w:p>
      <w:r>
        <w:t>Фразу склоняют по правилам грамматики, а не вставляют в исходной форме. Длинные словосочетания разбивают знаками препинания или другими словами внутри предложения. Плотность держат на уровне 2–4% от объёма текста, чтобы содержание читалось естественно.</w:t>
      </w:r>
    </w:p>
    <w:p>
      <w:pPr>
        <w:pStyle w:val="Heading2"/>
      </w:pPr>
      <w:r>
        <w:t>Какие есть примеры ключевых слов?</w:t>
      </w:r>
    </w:p>
    <w:p>
      <w:r>
        <w:t>В школьном тексте про осень: «листья», «желтеют», «птицы», «зима». В статье про услугу: «ремонт стиральных машин», «диагностика», «выезд мастера». В обоих случаях это слова, которые нельзя убрать без потери смысла предложения.</w:t>
      </w:r>
    </w:p>
    <w:p>
      <w:pPr>
        <w:pStyle w:val="Heading2"/>
      </w:pPr>
      <w:r>
        <w:t>Почему полезно выделять ключевые слова в тексте?</w:t>
      </w:r>
    </w:p>
    <w:p>
      <w:r>
        <w:t>Выделение помогает быстрее составить план, пересказ или конспект, а также сделать текст статьи понятным для поисковых систем и целевой аудитории. Правильный подбор слов может помочь пользователю найти нужную страницу, а автору — не потерять главную мысль материала.</w:t>
      </w:r>
    </w:p>
    <w:p>
      <w:r>
        <w:t>Аркадий Зверев, генеральный директор агентства «Комета». В продвижении сайтов с 2008 года, более 300 проектов, редакция тзшник.ru, 20 июля 2026. При подготовке статьи использовалась официальная справка поисковых систем по работе с запросами и контентом — справка Яндекса для вебмастеров и справка Google Search Central. Если нужна помощь с подбором ключевых слов и написанием текста для сайта, обратитесь в редакцию тзшник.ru — +7 495 118-37-73, top@cometa.agency.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13 · объём текста: 1193 слов · релевантность выдаче: 91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