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Хороший текст решает задачу читателя: отвечает на вопрос, помогает выбрать или объясняет сложное простыми словами. Если после чтения человек понял, что делать дальше, значит, текст написан не зря. Если читатель ничего не понял — работу стоит переделать. Мы разберём пять шагов: определить цель и читателя, составить план, упростить язык, зацепить вниманием с первых строк и отредактировать черновик. Эта статья написана для начинающих авторов, копирайтеров и блогеров, которые хотят писать хорошие тексты не по наитию, а по понятной схеме. По ходу разберём один сквозной пример — статью о выборе беговых кроссовок — и покажем, как тема проходит все пять шагов. Если материал будет полезен, читатель дочитает его до конца и вернётся за следующим постом в блог. В конце — чек-лист и список книг, которые помогут закрепить навык и написать хороший текст быстрее, чем методом проб и ошибок. Эту статью можно читать целиком или по разделам — так удобнее применять идеи к своему тексту.</w:t>
      </w:r>
    </w:p>
    <w:p>
      <w:pPr>
        <w:pStyle w:val="Heading1"/>
      </w:pPr>
      <w:r>
        <w:t>Что такое хороший текст и по каким признакам его оценивают</w:t>
      </w:r>
    </w:p>
    <w:p>
      <w:r>
        <w:t>Текст должен быть понятен и полезен одновременно, а не просто грамотным набором предложений. Читатель находит в нём то, зачем пришёл. Плохо: статья про кроссовки перечисляет историю бренда. Хорошо: статья говорит, как подобрать размер и материал. Второй критерий — ясность: мысль читается сразу, без повторного чтения абзаца. Третий — структура: разделы идут по логике, а не вперемешку. Четвёртый — достоверность: цифры и факты проверены, а не взяты из головы автора. Пятый — уместность формата: длинный лонгрид для соцсетей никто не дочитает, там нужен короткий пост в блог. Шестой признак — ритм: короткие и длинные предложения чередуются, текст не звучит монотонно. Самое важное — не количество признаков, а то, работают ли они вместе. Именно совокупность этих качеств делает текст полезным и удобным для чтения. Полезная информация в тексте всегда конкретна: цифра, срок, пример, а не общее рассуждение. Хорошие тексты держат интерес читателя от первой строки до вывода, потому что каждая часть работает на общую идею, а не существует сама по себе. Только такой текст можно назвать по-настоящему рабочим.</w:t>
      </w:r>
    </w:p>
    <w:p>
      <w:r>
        <w:t>По информации Компании Комета</w:t>
      </w:r>
    </w:p>
    <w:p>
      <w:pPr>
        <w:pStyle w:val="ListBullet"/>
      </w:pPr>
      <w:r>
        <w:t>по запросу «как написать хороший текст» разобрано 16 страниц из ТОП-10 Яндекса и Google, медианный объём страницы — 1626 слов</w:t>
      </w:r>
    </w:p>
    <w:p>
      <w:pPr>
        <w:pStyle w:val="ListBullet"/>
      </w:pPr>
      <w:r>
        <w:t>у страниц выдачи в среднем 7 разделов, объём раздела — около 180 слов</w:t>
      </w:r>
    </w:p>
    <w:p>
      <w:pPr>
        <w:pStyle w:val="ListBullet"/>
      </w:pPr>
      <w:r>
        <w:t>числа и проверяемые факты встречаются у них в 8% предложений — ниже этой планки текст в ТОПе выглядит пустым</w:t>
      </w:r>
    </w:p>
    <w:p>
      <w:pPr>
        <w:pStyle w:val="ListBullet"/>
      </w:pPr>
      <w:r>
        <w:t>коммерческая составляющая темы — 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«как написать хороший текст» ТЗшник разобрал 16 страниц из топа Яндекса и Google, вывел медиану объёма 1626 слов и структуру из 7 разделов, а затем сам собрал техзадание и написал готовый текст на 1455 слов с релевантностью 96 пунктов — с разделами про цели текста, структуру, простоту языка и редактуру. Человеку остаётся вписать примеры из своей практики, проверить факты о собственном подходе к работе с текстами и опубликовать статью.</w:t>
      </w:r>
    </w:p>
    <w:p>
      <w:pPr>
        <w:pStyle w:val="Heading1"/>
      </w:pPr>
      <w:r>
        <w:t>Шаг 1. Зачем вы пишете и для кого</w:t>
      </w:r>
    </w:p>
    <w:p>
      <w:r>
        <w:t>Прежде чем писать текст, сформулируйте тему в двух простых предложениях: о чём статья и что читатель узнает в конце. Тема должна быть узкой и конкретной, иначе текст расползается. Например: «Статья о выборе кроссовок для бега. После чтения человек поймёт, какие параметры смотреть при покупке». Это упражнение отсекает лишние темы уже на начале работы. Дальше определите читателя: новичок в беге или опытный марафонец, где живёт, что уже пробовал и почему сомневается. Хороший способ собрать структуру — задавать вопросы от лица читателя и отвечать на них по порядку, без забегания вперёд. Для темы кроссовок это могут быть такие вопросы: какой размер брать, из чего сделана подошва, сколько стоит модель для асфальта, чем отличается беговая обувь от повседневной, где мерить перед покупкой, как понять, что кроссовки износились. Шесть ответов на эти вопросы — уже готовый скелет статьи. Фактуру берите из практики: отзывы врачей-ортопедов, характеристики материалов производителей, собственный опыт пробежек. Работа над текстом без ответа на вопрос «зачем» превращается в набор абзацев без цели, а внимание читателя рассеивается уже на втором разделе. Понимание того, какие запросы задаёт ваша аудитория, экономит часы на переписывание готового черновика.</w:t>
      </w:r>
    </w:p>
    <w:p>
      <w:pPr>
        <w:pStyle w:val="Heading1"/>
      </w:pPr>
      <w:r>
        <w:t>Шаг 2. План и структура: как разложить мысль по разделам</w:t>
      </w:r>
    </w:p>
    <w:p>
      <w:r>
        <w:t>Структуру текста выбирают под задачу. Последовательная схема подходит для инструкций: шаг за шагом, от начального действия к результату. Параллельная — для обзоров, где разделы равнозначны, как в статье про кроссовки: подошва, верх, шнуровка, размер. Правило простое: раздел раскрывает одну мысль, не смешивая темы внутри подзаголовка. Подзаголовок стройте как ответ на вопрос читателя, а не как красивую фразу. Абзац держите в пределах 3–5 строк — глазу так проще держать фокус. Скелет всего текста простой: заголовок, лид-абзац с сутью, разделы по плану, вывод с итогом. Составьте план из 5–7 пунктов ещё до того, как начать писать: 1) кому подходят беговые кроссовки; 2) какой размер выбрать; 3) из чего делают подошву; 4) на что смотреть при примерке; 5) сколько стоят модели разных классов; 6) как понять износ; 7) короткий вывод с советом. Планировать структуру можно, даже если черновик уже был начат — просто сверьте разделы с вопросами читателя. Каждый пункт плана становится подзаголовком, а начальный пункт задаёт стиль всей статье. По такому плану текст, каждая деталь которого отвечает на свой вопрос, пишется быстрее, а автор не теряет мысль на середине работы. Например, план на семь пунктов для статьи объёмом 1200 слов занимает около 10 минут и экономит час переделок. Этот способ можно использовать для любой темы, не только для обзора товара.</w:t>
      </w:r>
    </w:p>
    <w:p>
      <w:pPr>
        <w:pStyle w:val="Heading1"/>
      </w:pPr>
      <w:r>
        <w:t>Шаг 3. Пишите просто: слова, предложения, ритм</w:t>
      </w:r>
    </w:p>
    <w:p>
      <w:r>
        <w:t>Простой язык не значит примитивный — он значит доступный с ходу. Убирайте усилители и оценки: было «невероятно удобные кроссовки», стало «кроссовки не натирают после 10 км». Меняйте отглагольные существительные на глаголы: было «производится выбор размера», стало «выберите размер». Разбивайте нанизывание падежей: было «для определения степени износа подошвы кроссовок», стало «чтобы понять, износилась ли подошва». Делите длинное предложение на два: было «кроссовки подходят для бега по асфальту, парку и стадиону, но не для трейла, потому что подошва там слишком мягкая», стало «кроссовки годятся для асфальта, парка и стадиона. Для трейла подошва слишком мягкая». Ещё пример: было «осуществляется проверка качества материала», стало «материал проверяют на разрыв». Держите среднюю длину предложения 12–15 слов, но чередуйте: после длинного дайте короткое, для акцента. С терминами работайте аккуратно — если слово нужно для точности, объясните его в скобках при первом использовании. Слова, которые не несут смысла, вычёркивайте без сожаления: обычно это 10–15% черновика. Простой синтаксис не мешает говорить о сложных вещах — он убирает барьер между автором и читателем. При написании текста будьте внимательны к каждой детали: проще сначала писать длинно, а потом сокращать, чем сразу гнаться за краткостью. Использовать канцелярские обороты вроде «в рамках» или «данный» стоит только там, где без них не обойтись, а такое встречается редко. Такой подход можно применять к любому жанру: от поста в блог до большой статьи.</w:t>
      </w:r>
    </w:p>
    <w:p>
      <w:pPr>
        <w:pStyle w:val="Heading1"/>
      </w:pPr>
      <w:r>
        <w:t>Шаг 4. Заголовок, первый абзац и удержание внимания</w:t>
      </w:r>
    </w:p>
    <w:p>
      <w:r>
        <w:t>Читатель уходит из текста в первые 10–15 секунд, если не понимает, зачем читать дальше. Заголовок должен содержать тему и конкретику: не «Как выбрать кроссовки», а «Как выбрать беговые кроссовки по размеру и подошве». Первая фраза должна быть яркой, иначе читатель закроет вкладку. Лид на 2–3 предложения отвечает, что читатель получит и почему это важно именно ему. Хорошо работают детали и короткие истории: «Три года назад я купил кроссовки на размер меньше — и через месяц отказался от бега». Такая история цепляет интерес читателя лучше сухого факта. Цифры тоже держат внимание: «средний срок службы подошвы — 600–800 км». Проверяйте текст простым способом: прочитайте заголовок, лид и подзаголовки отдельно от остального текста — если по ним понятна суть статьи, каркас держится. Для постов в социальные сети правило то же, только компактнее: заголовок и первая строка решают, дочитают пост или пролистают. Кликбейт вроде «Вы не поверите, что скрывают производители кроссовков» обманывает ожидания и портит доверие к автору. Читатель может простить сухой стиль, но не простит обманутых ожиданий от заголовка. Если ваши тексты начинаются с конкретного факта или истории, а не с общего вступления, они удерживают внимание дольше — это подтверждают метрики дочитывания на большинстве площадок. Только такой приём стабильно повышает дочитывание материала в блоге.</w:t>
      </w:r>
    </w:p>
    <w:p>
      <w:pPr>
        <w:pStyle w:val="Heading1"/>
      </w:pPr>
      <w:r>
        <w:t>Шаг 5. Редактура: сокращение, проверка фактов и обратная связь</w:t>
      </w:r>
    </w:p>
    <w:p>
      <w:r>
        <w:t>Редактура строится на трёх проходах. Первый — смысловой: проверяете, отвечает ли текст на вопрос из плана, нет ли лишних отступлений. Второй — сокращающий: убираете 10–20% объёма за счёт повторов и ненужных фраз. Третий — корректорский: ищете опечатки, согласование слов, пунктуацию. Между проходами дайте тексту отлежаться от 2 часов до суток — свежий взгляд находит то, что уставший автор не замечает. Сервисы проверки на стоп-слова, водность и уникальность могут помочь на этапе черновика, но не заменяют смысловую редактуру: они не видят, потерял ли текст мысль, и не проверят факты. Цифры и утверждения сверяйте с источником отдельно, а не полагайтесь на автоматику. Обратную связь просите не словами «как вам?», а конкретным вопросом: «Что осталось непонятным после прочтения?» или «Где вы бы остановились и не дочитали?». Такие формулировки дают рабочий материал для правок, а не общую похвалу. Не тратьте время на бесконечную полировку одного абзаца — лучше пройти все три этапа один раз внимательно. Хорошая редактура не может быть быстрой — на неё нужно время, и это правило работает для любого объёма текста. Хороший редактор может сократить текст вдвое и не потерять важную мысль, а может, наоборот, помочь автору увидеть, где не хватает примера. Работа над текстом без стороннего взгляда часто выходит суше или, наоборот, многословнее, чем кажется автору.</w:t>
      </w:r>
    </w:p>
    <w:p>
      <w:pPr>
        <w:pStyle w:val="Heading1"/>
      </w:pPr>
      <w:r>
        <w:t>Ошибки, из-за которых текст не дочитывают</w:t>
      </w:r>
    </w:p>
    <w:p>
      <w:r>
        <w:t>Длинное вступление — читатель ждёт пользы, а получает историю бренда на три абзаца; решение — сократить лид до 2–3 предложений. Оценки вместо фактов — «отличные кроссовки» ничего не говорит; замените конкретикой: вес, материал, цена. Текст без главной мысли — автор пытается сказать всё сразу; выберите один тезис для статьи. Работа без плана — раздел уходит от темы; составьте план заранее. Канцелярит вроде «осуществляется процесс выбора» утяжеляет фразу; замените на «выбирают». Отсутствие примеров — сухая теория не запоминается; добавьте случай из практики или цифру. Общие оценки без цифр читатель обычно пропускает — такие тексты будут скучными, даже если факты в них верны. Перфекционизм — автор бесконечно переписывает начальный абзац и не заканчивает текст; установите себе дедлайн на черновик. Правки без критериев — редактор меняет слова наугад; сверяйтесь с чек-листом, а не с настроением. Другая частая ошибка — текст, которого хватило бы на короткий пост, растягивают на большую статью ради объёма. Эти проблемы встречаются у начинающих авторов чаще прочих, и научиться писать без них можно, разбирая свои прошлые тексты по этому списку раз в месяц. Найти такие ошибки в своём черновике проще, если читать его вслух.</w:t>
      </w:r>
    </w:p>
    <w:p>
      <w:pPr>
        <w:pStyle w:val="Heading1"/>
      </w:pPr>
      <w:r>
        <w:t>Чек-лист перед публикацией и что почитать по теме</w:t>
      </w:r>
    </w:p>
    <w:p>
      <w:pPr>
        <w:pStyle w:val="ListBullet"/>
      </w:pPr>
      <w:r>
        <w:t>Заголовок отражает тему и содержит конкретику</w:t>
      </w:r>
    </w:p>
    <w:p>
      <w:pPr>
        <w:pStyle w:val="ListBullet"/>
      </w:pPr>
      <w:r>
        <w:t>Лид отвечает, что получит читатель</w:t>
      </w:r>
    </w:p>
    <w:p>
      <w:pPr>
        <w:pStyle w:val="ListBullet"/>
      </w:pPr>
      <w:r>
        <w:t>В каждом разделе одна мысль, без смешивания тем</w:t>
      </w:r>
    </w:p>
    <w:p>
      <w:pPr>
        <w:pStyle w:val="ListBullet"/>
      </w:pPr>
      <w:r>
        <w:t>Абзацы держите в пределах 3–5 строк</w:t>
      </w:r>
    </w:p>
    <w:p>
      <w:pPr>
        <w:pStyle w:val="ListBullet"/>
      </w:pPr>
      <w:r>
        <w:t>Предложения разной длины, без нанизывания падежей</w:t>
      </w:r>
    </w:p>
    <w:p>
      <w:pPr>
        <w:pStyle w:val="ListBullet"/>
      </w:pPr>
      <w:r>
        <w:t>Факты и цифры проверены по источнику</w:t>
      </w:r>
    </w:p>
    <w:p>
      <w:pPr>
        <w:pStyle w:val="ListBullet"/>
      </w:pPr>
      <w:r>
        <w:t>Текст сокращён минимум на 10% после первого черновика</w:t>
      </w:r>
    </w:p>
    <w:p>
      <w:pPr>
        <w:pStyle w:val="ListBullet"/>
      </w:pPr>
      <w:r>
        <w:t>Есть вывод с конкретным советом</w:t>
      </w:r>
    </w:p>
    <w:p>
      <w:pPr>
        <w:pStyle w:val="ListBullet"/>
      </w:pPr>
      <w:r>
        <w:t>Текст отлежался хотя бы 2 часа перед публикацией</w:t>
      </w:r>
    </w:p>
    <w:p>
      <w:r>
        <w:t>Из книг о письме опытные редакторы советуют «Пиши, сокращай» Максима Ильяхова и Людмилы Сарычевой — она подойдёт тем, кто хочет разобраться со структурой текста и лишними словами. «Копирайтинг массового поражения» Дениса Каплунова полезна авторам, которые пишут для соцсетей и коротких постов в блог. «Как писать книги» Стивена Кинга пригодится тем, кто хочет освоить сторителлинг и художественную литературу как источник приёмов для рассказа. Читать такие книги стоит не залпом, а с практикой: после каждой главы применяйте совет к своему черновику. Регулярная практика даёт больше, чем разовое чтение теории — пишите короткие тексты каждую неделю, разбирайте их по чек-листу. Каждая новая книга даёт один-два рабочих приёма, которые можно сразу проверить на своём тексте, а не десяток абстрактных правил. Опыт показывает: хорошие тексты рождаются из десятков черновиков, а не из единственной удачной попытки, и чтение книг само по себе не будет полезным без практики. Самое важное — начать писать регулярно, а не ждать вдохновения. Только постоянная практика помогает найти свой стиль и научиться видеть свои ошибки. Если нужна разборка вашего текста опытным редактором, напишите в агентство «Комета»: top@cometa.agency.</w:t>
      </w:r>
    </w:p>
    <w:p>
      <w:pPr>
        <w:pStyle w:val="Heading1"/>
      </w:pPr>
      <w:r>
        <w:t>Частые вопросы о работе над текстом</w:t>
      </w:r>
    </w:p>
    <w:p>
      <w:pPr>
        <w:pStyle w:val="Heading2"/>
      </w:pPr>
      <w:r>
        <w:t>Что делать, чтобы хорошо писать?</w:t>
      </w:r>
    </w:p>
    <w:p>
      <w:r>
        <w:t>Писать регулярно и разбирать черновики по конкретным критериям, а не по ощущениям. Начните с коротких текстов на знакомую тему, используйте план и три прохода редактуры. Через 10–15 таких текстов автор замечает, какие проблемы повторяются, и перестаёт их допускать. Учиться так можно на любом материале — даже на постах для блога.</w:t>
      </w:r>
    </w:p>
    <w:p>
      <w:pPr>
        <w:pStyle w:val="Heading2"/>
      </w:pPr>
      <w:r>
        <w:t>Как научиться писать грамотный текст?</w:t>
      </w:r>
    </w:p>
    <w:p>
      <w:r>
        <w:t>Грамотность начинается с плана и понимания читателя: кому и зачем адресован текст. Дальше — простые предложения по 12–15 слов, проверка фактов и корректорский проход перед публикацией. Сервисы проверки орфографии помогают, но не заменяют внимательное чтение вслух. Учиться этому можно на своих старых текстах, разбирая их заново.</w:t>
      </w:r>
    </w:p>
    <w:p>
      <w:pPr>
        <w:pStyle w:val="Heading2"/>
      </w:pPr>
      <w:r>
        <w:t>Как красиво написать текст?</w:t>
      </w:r>
    </w:p>
    <w:p>
      <w:r>
        <w:t>Красота текста — это ритм и точные детали, а не украшения из эпитетов. Чередуйте короткие и длинные предложения, добавляйте конкретные цифры и короткие истории вместо общих фраз. Уберите ненужные слова — они не украшают, а утяжеляют мысль. Какой бы ни была тема, этот принцип работает одинаково — это можно использовать и в рассказе, и в статье для блога.</w:t>
      </w:r>
    </w:p>
    <w:p>
      <w:pPr>
        <w:pStyle w:val="Heading2"/>
      </w:pPr>
      <w:r>
        <w:t>Как грамотно составить текст?</w:t>
      </w:r>
    </w:p>
    <w:p>
      <w:r>
        <w:t>Составьте план из 5–7 пунктов до того, как начать писать: так текст не потеряет структуру. Каждый раздел должен отвечать на один вопрос читателя. Свяжите разделы выводом, который подводит итог и даёт конкретный совет. Какой формат ни выберете — пост, статью или письмо — план экономит время на переписывании и помогает найти нужную последовательность мыслей.</w:t>
      </w:r>
    </w:p>
    <w:p>
      <w:pPr>
        <w:pStyle w:val="Heading2"/>
      </w:pPr>
      <w:r>
        <w:t>Как написать хороший текст песни или рэпа?</w:t>
      </w:r>
    </w:p>
    <w:p>
      <w:r>
        <w:t>Начните с одной мысли или истории, которую хотите рассказать, — остальное повествование выстраивается вокруг неё. В рэпе важны ритм строки и рифма, но смысл строится так же, как в прозе: через конкретные образы героя, а не общие фразы про чувства. Можно писать сразу набросок, а рифмы подбирать на этапе редактуры. Такой способ помогает создавать текст быстрее и без потери мысли.</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16 · объём текста: 1455 слов · релевантность выдаче: 96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